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2E53" w14:textId="77777777" w:rsidR="005B57C5" w:rsidRPr="005B57C5" w:rsidRDefault="005B57C5" w:rsidP="005B57C5">
      <w:pPr>
        <w:spacing w:after="0" w:line="300" w:lineRule="exact"/>
        <w:rPr>
          <w:rFonts w:ascii="Aptos" w:hAnsi="Aptos" w:cstheme="minorHAnsi"/>
          <w:b/>
        </w:rPr>
      </w:pPr>
      <w:r w:rsidRPr="005B57C5">
        <w:rPr>
          <w:rFonts w:ascii="Aptos" w:hAnsi="Aptos" w:cstheme="minorHAnsi"/>
          <w:b/>
        </w:rPr>
        <w:t>Allegato A</w:t>
      </w:r>
    </w:p>
    <w:p w14:paraId="12E23A39" w14:textId="77777777" w:rsidR="00A76C75" w:rsidRDefault="00A76C75" w:rsidP="005B57C5">
      <w:pPr>
        <w:autoSpaceDE w:val="0"/>
        <w:autoSpaceDN w:val="0"/>
        <w:adjustRightInd w:val="0"/>
        <w:spacing w:after="0" w:line="300" w:lineRule="exact"/>
        <w:ind w:left="4962" w:right="-432" w:firstLine="141"/>
        <w:rPr>
          <w:rFonts w:ascii="Aptos" w:hAnsi="Aptos" w:cstheme="minorHAnsi"/>
          <w:b/>
        </w:rPr>
      </w:pPr>
    </w:p>
    <w:p w14:paraId="6A48CDF0" w14:textId="61158D7F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962" w:right="-432" w:firstLine="141"/>
        <w:rPr>
          <w:rFonts w:ascii="Aptos" w:hAnsi="Aptos" w:cstheme="minorHAnsi"/>
          <w:b/>
        </w:rPr>
      </w:pPr>
      <w:r w:rsidRPr="005B57C5">
        <w:rPr>
          <w:rFonts w:ascii="Aptos" w:hAnsi="Aptos" w:cstheme="minorHAnsi"/>
          <w:b/>
        </w:rPr>
        <w:t>Spett</w:t>
      </w:r>
      <w:r>
        <w:rPr>
          <w:rFonts w:ascii="Aptos" w:hAnsi="Aptos" w:cstheme="minorHAnsi"/>
          <w:b/>
        </w:rPr>
        <w:t>.</w:t>
      </w:r>
      <w:r w:rsidRPr="005B57C5">
        <w:rPr>
          <w:rFonts w:ascii="Aptos" w:hAnsi="Aptos" w:cstheme="minorHAnsi"/>
          <w:b/>
        </w:rPr>
        <w:t>le</w:t>
      </w:r>
    </w:p>
    <w:p w14:paraId="76A423EB" w14:textId="0BFC50D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962" w:right="-432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>On The Road – Società Cooperativa sociale</w:t>
      </w:r>
    </w:p>
    <w:p w14:paraId="1202E177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>Contrada San Giovanni n. 2</w:t>
      </w:r>
    </w:p>
    <w:p w14:paraId="139045B6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 w:cstheme="minorHAnsi"/>
        </w:rPr>
        <w:t>63074 San Benedetto del Tronto (AP)</w:t>
      </w:r>
    </w:p>
    <w:p w14:paraId="20CF026E" w14:textId="77777777" w:rsidR="005B57C5" w:rsidRPr="005B57C5" w:rsidRDefault="005B57C5" w:rsidP="005B57C5">
      <w:pPr>
        <w:autoSpaceDE w:val="0"/>
        <w:autoSpaceDN w:val="0"/>
        <w:adjustRightInd w:val="0"/>
        <w:spacing w:after="0" w:line="300" w:lineRule="exact"/>
        <w:ind w:left="4820" w:right="-432" w:firstLine="141"/>
        <w:rPr>
          <w:rFonts w:ascii="Aptos" w:hAnsi="Aptos" w:cstheme="minorHAnsi"/>
        </w:rPr>
      </w:pPr>
      <w:r w:rsidRPr="005B57C5">
        <w:rPr>
          <w:rFonts w:ascii="Aptos" w:hAnsi="Aptos"/>
        </w:rPr>
        <w:t xml:space="preserve">PEC: </w:t>
      </w:r>
      <w:hyperlink r:id="rId6" w:history="1">
        <w:r w:rsidRPr="005B57C5">
          <w:rPr>
            <w:rStyle w:val="Collegamentoipertestuale"/>
            <w:rFonts w:ascii="Aptos" w:hAnsi="Aptos" w:cstheme="minorHAnsi"/>
          </w:rPr>
          <w:t>ontheroadonlus@pec.it</w:t>
        </w:r>
      </w:hyperlink>
    </w:p>
    <w:p w14:paraId="0498980C" w14:textId="409CE8FD" w:rsidR="005B57C5" w:rsidRPr="005B57C5" w:rsidRDefault="005B57C5" w:rsidP="005B57C5">
      <w:pPr>
        <w:autoSpaceDE w:val="0"/>
        <w:autoSpaceDN w:val="0"/>
        <w:bidi/>
        <w:adjustRightInd w:val="0"/>
        <w:spacing w:after="0" w:line="300" w:lineRule="exact"/>
        <w:ind w:left="135" w:firstLine="7654"/>
        <w:rPr>
          <w:rFonts w:ascii="Aptos" w:hAnsi="Aptos" w:cstheme="minorHAnsi"/>
        </w:rPr>
      </w:pPr>
    </w:p>
    <w:p w14:paraId="4418E3A8" w14:textId="77777777" w:rsidR="005B57C5" w:rsidRPr="005B57C5" w:rsidRDefault="005B57C5" w:rsidP="005B57C5">
      <w:pPr>
        <w:pStyle w:val="Corpotesto"/>
        <w:spacing w:after="0" w:line="300" w:lineRule="exact"/>
        <w:jc w:val="both"/>
        <w:rPr>
          <w:rFonts w:ascii="Aptos" w:eastAsia="Trebuchet MS" w:hAnsi="Aptos" w:cstheme="majorHAnsi"/>
          <w:b/>
          <w:lang w:val="it-IT"/>
        </w:rPr>
      </w:pPr>
    </w:p>
    <w:p w14:paraId="1BB85A76" w14:textId="792A81E6" w:rsidR="000E7274" w:rsidRPr="005B57C5" w:rsidRDefault="000E7274" w:rsidP="002C6734">
      <w:pPr>
        <w:pStyle w:val="Corpotesto"/>
        <w:spacing w:after="0" w:line="300" w:lineRule="exact"/>
        <w:jc w:val="both"/>
        <w:rPr>
          <w:rFonts w:ascii="Aptos" w:hAnsi="Aptos" w:cstheme="majorHAnsi"/>
          <w:b/>
          <w:bCs/>
          <w:lang w:val="it-IT"/>
        </w:rPr>
      </w:pPr>
      <w:r w:rsidRPr="005B57C5">
        <w:rPr>
          <w:rFonts w:ascii="Aptos" w:eastAsia="Trebuchet MS" w:hAnsi="Aptos" w:cstheme="majorHAnsi"/>
          <w:b/>
          <w:lang w:val="it-IT"/>
        </w:rPr>
        <w:t>Oggetto</w:t>
      </w:r>
      <w:r w:rsidRPr="005B57C5">
        <w:rPr>
          <w:rFonts w:ascii="Aptos" w:eastAsiaTheme="majorEastAsia" w:hAnsi="Aptos" w:cstheme="majorHAnsi"/>
          <w:spacing w:val="5"/>
          <w:kern w:val="28"/>
          <w:lang w:val="it-IT"/>
        </w:rPr>
        <w:t>:</w:t>
      </w:r>
      <w:r w:rsidR="00C40190" w:rsidRPr="005B57C5">
        <w:rPr>
          <w:rFonts w:ascii="Aptos" w:eastAsiaTheme="majorEastAsia" w:hAnsi="Aptos" w:cstheme="majorHAnsi"/>
          <w:spacing w:val="5"/>
          <w:kern w:val="28"/>
          <w:lang w:val="it-IT"/>
        </w:rPr>
        <w:t xml:space="preserve"> </w:t>
      </w:r>
      <w:r w:rsidR="00DF72C1" w:rsidRPr="005B57C5">
        <w:rPr>
          <w:rFonts w:ascii="Aptos" w:hAnsi="Aptos" w:cstheme="majorHAnsi"/>
          <w:b/>
          <w:bCs/>
          <w:lang w:val="it-IT"/>
        </w:rPr>
        <w:t xml:space="preserve">istanza per l’inserimento nella </w:t>
      </w:r>
      <w:r w:rsidR="002C6734" w:rsidRPr="002C6734">
        <w:rPr>
          <w:rFonts w:ascii="Aptos" w:hAnsi="Aptos" w:cstheme="minorHAnsi"/>
          <w:b/>
          <w:bCs/>
        </w:rPr>
        <w:t>LONG LIST DI “ESPERTI FORMATORI IN MATERIA DI CONTRASTO ALLA TRATTA DI ESSERI UMANI E ALLE DIVERSE FORME DI SFRUTTAMENTO LAVORATIVO E SESSUALE” NELL’AMBITO DEL PROGETTO CIR (CITTADINI IN RETE)</w:t>
      </w:r>
      <w:r w:rsidR="00C51A00">
        <w:rPr>
          <w:rFonts w:ascii="Aptos" w:hAnsi="Aptos" w:cstheme="minorHAnsi"/>
          <w:b/>
          <w:bCs/>
        </w:rPr>
        <w:t xml:space="preserve"> -</w:t>
      </w:r>
      <w:r w:rsidR="00CA458C">
        <w:rPr>
          <w:rFonts w:ascii="Aptos" w:hAnsi="Aptos" w:cstheme="minorHAnsi"/>
          <w:b/>
          <w:bCs/>
        </w:rPr>
        <w:t xml:space="preserve"> </w:t>
      </w:r>
      <w:r w:rsidR="00803D3B" w:rsidRPr="00803D3B">
        <w:rPr>
          <w:rFonts w:ascii="Aptos" w:hAnsi="Aptos" w:cstheme="majorHAnsi"/>
          <w:b/>
          <w:bCs/>
          <w:lang w:val="it-IT"/>
        </w:rPr>
        <w:t>Intervento del Programma Nazionale del Fondo Asilo, Migrazione e Integrazione (FAMI) 2021-2027 - O.S. 2. Migrazione legale e Integrazione - Misura di attuazione 2.d) Ambito di applicazione 2.m) Intervento a) Capacity building, qualificazione e rafforzamento degli uffici pubblici. Qualificazione e rafforzamento degli uffici pubblici delle Prefetture UU-TT.G PROG-1128 CUP F39125000980001</w:t>
      </w:r>
    </w:p>
    <w:p w14:paraId="0A732B59" w14:textId="77777777" w:rsidR="000E7274" w:rsidRPr="005B57C5" w:rsidRDefault="000E7274" w:rsidP="005B57C5">
      <w:pPr>
        <w:pStyle w:val="Corpotesto"/>
        <w:spacing w:after="0" w:line="300" w:lineRule="exact"/>
        <w:jc w:val="both"/>
        <w:rPr>
          <w:rFonts w:ascii="Aptos" w:hAnsi="Aptos" w:cstheme="majorHAnsi"/>
          <w:lang w:val="it-IT"/>
        </w:rPr>
      </w:pPr>
    </w:p>
    <w:p w14:paraId="14BF7B0D" w14:textId="5797BAED" w:rsidR="00C40190" w:rsidRPr="005B57C5" w:rsidRDefault="00C40190" w:rsidP="005B57C5">
      <w:pPr>
        <w:spacing w:after="0" w:line="260" w:lineRule="exact"/>
        <w:jc w:val="both"/>
        <w:rPr>
          <w:rFonts w:ascii="Aptos" w:hAnsi="Aptos" w:cstheme="majorHAnsi"/>
        </w:rPr>
      </w:pPr>
      <w:r w:rsidRPr="005B57C5">
        <w:rPr>
          <w:rFonts w:ascii="Aptos" w:hAnsi="Aptos" w:cstheme="minorHAnsi"/>
        </w:rPr>
        <w:t>Il/La sottoscritto/a ______________________________________________________________ nato/a ____________________________________ Prov________ il ______________________ residente in ____________________________________________________________Prov_________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CAP____________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alla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Via______________________________________________________</w:t>
      </w:r>
      <w:r w:rsidR="005B57C5">
        <w:rPr>
          <w:rFonts w:ascii="Aptos" w:hAnsi="Aptos" w:cstheme="minorHAnsi"/>
        </w:rPr>
        <w:t xml:space="preserve"> </w:t>
      </w:r>
      <w:r w:rsidRPr="005B57C5">
        <w:rPr>
          <w:rFonts w:ascii="Aptos" w:hAnsi="Aptos" w:cstheme="minorHAnsi"/>
        </w:rPr>
        <w:t>n. ________Tel______________________e-mail______</w:t>
      </w:r>
      <w:r w:rsidR="005B57C5">
        <w:rPr>
          <w:rFonts w:ascii="Aptos" w:hAnsi="Aptos" w:cstheme="minorHAnsi"/>
        </w:rPr>
        <w:t>__________________________</w:t>
      </w:r>
      <w:r w:rsidRPr="005B57C5">
        <w:rPr>
          <w:rFonts w:ascii="Aptos" w:hAnsi="Aptos" w:cstheme="minorHAnsi"/>
        </w:rPr>
        <w:t>_______, codice fiscal</w:t>
      </w:r>
      <w:r w:rsidR="005B57C5">
        <w:rPr>
          <w:rFonts w:ascii="Aptos" w:hAnsi="Aptos" w:cstheme="minorHAnsi"/>
        </w:rPr>
        <w:t>e</w:t>
      </w:r>
      <w:r w:rsidRPr="005B57C5">
        <w:rPr>
          <w:rFonts w:ascii="Aptos" w:hAnsi="Aptos" w:cstheme="minorHAnsi"/>
        </w:rPr>
        <w:t>____________________________________, P</w:t>
      </w:r>
      <w:r w:rsidR="005B57C5">
        <w:rPr>
          <w:rFonts w:ascii="Aptos" w:hAnsi="Aptos" w:cstheme="minorHAnsi"/>
        </w:rPr>
        <w:t>.</w:t>
      </w:r>
      <w:r w:rsidRPr="005B57C5">
        <w:rPr>
          <w:rFonts w:ascii="Aptos" w:hAnsi="Aptos" w:cstheme="minorHAnsi"/>
        </w:rPr>
        <w:t>IVA ________________</w:t>
      </w:r>
      <w:r w:rsidR="005B57C5">
        <w:rPr>
          <w:rFonts w:ascii="Aptos" w:hAnsi="Aptos" w:cstheme="minorHAnsi"/>
        </w:rPr>
        <w:t>____________________</w:t>
      </w:r>
    </w:p>
    <w:p w14:paraId="0B9463C8" w14:textId="77777777" w:rsidR="00333178" w:rsidRPr="005B57C5" w:rsidRDefault="00E5055D" w:rsidP="005B57C5">
      <w:pPr>
        <w:spacing w:after="0" w:line="300" w:lineRule="exact"/>
        <w:jc w:val="center"/>
        <w:rPr>
          <w:rFonts w:ascii="Aptos" w:hAnsi="Aptos" w:cstheme="majorHAnsi"/>
          <w:b/>
          <w:bCs/>
          <w:lang w:val="it-IT"/>
        </w:rPr>
      </w:pPr>
      <w:r w:rsidRPr="005B57C5">
        <w:rPr>
          <w:rFonts w:ascii="Aptos" w:hAnsi="Aptos" w:cstheme="majorHAnsi"/>
          <w:lang w:val="it-IT"/>
        </w:rPr>
        <w:br/>
      </w:r>
      <w:r w:rsidRPr="005B57C5">
        <w:rPr>
          <w:rFonts w:ascii="Aptos" w:hAnsi="Aptos" w:cstheme="majorHAnsi"/>
          <w:b/>
          <w:bCs/>
          <w:lang w:val="it-IT"/>
        </w:rPr>
        <w:t>CHIEDE</w:t>
      </w:r>
    </w:p>
    <w:p w14:paraId="56C49977" w14:textId="765CDBEB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di essere inserito/a nella Long List di professionisti esterni per il seguente profilo professionale</w:t>
      </w:r>
      <w:r w:rsidR="00DF72C1" w:rsidRPr="005B57C5">
        <w:rPr>
          <w:rFonts w:ascii="Aptos" w:hAnsi="Aptos" w:cstheme="majorHAnsi"/>
          <w:lang w:val="it-IT"/>
        </w:rPr>
        <w:t>:</w:t>
      </w:r>
    </w:p>
    <w:p w14:paraId="557F24B8" w14:textId="77777777" w:rsidR="00CA458C" w:rsidRDefault="00E5055D" w:rsidP="002C6734">
      <w:pPr>
        <w:spacing w:after="0" w:line="300" w:lineRule="exact"/>
        <w:jc w:val="both"/>
        <w:rPr>
          <w:rFonts w:ascii="Aptos" w:hAnsi="Aptos" w:cstheme="majorHAnsi"/>
          <w:b/>
          <w:bCs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</w:t>
      </w:r>
      <w:r w:rsidR="00DF72C1" w:rsidRPr="005B57C5">
        <w:rPr>
          <w:rFonts w:ascii="Aptos" w:hAnsi="Aptos" w:cstheme="majorHAnsi"/>
          <w:b/>
          <w:bCs/>
          <w:lang w:val="it-IT"/>
        </w:rPr>
        <w:t xml:space="preserve">ESPERTO/A </w:t>
      </w:r>
      <w:r w:rsidR="002C6734" w:rsidRPr="002C6734">
        <w:rPr>
          <w:rFonts w:ascii="Aptos" w:hAnsi="Aptos" w:cstheme="majorHAnsi"/>
          <w:b/>
          <w:bCs/>
          <w:lang w:val="it-IT"/>
        </w:rPr>
        <w:t>FORMATORI</w:t>
      </w:r>
      <w:r w:rsidR="002C6734">
        <w:rPr>
          <w:rFonts w:ascii="Aptos" w:hAnsi="Aptos" w:cstheme="majorHAnsi"/>
          <w:b/>
          <w:bCs/>
          <w:lang w:val="it-IT"/>
        </w:rPr>
        <w:t xml:space="preserve">/FORMATRICE </w:t>
      </w:r>
      <w:r w:rsidR="002C6734" w:rsidRPr="002C6734">
        <w:rPr>
          <w:rFonts w:ascii="Aptos" w:hAnsi="Aptos" w:cstheme="majorHAnsi"/>
          <w:b/>
          <w:bCs/>
          <w:lang w:val="it-IT"/>
        </w:rPr>
        <w:t>IN MATERIA DI CONTRASTO ALLA TRATTA DI ESSERI UMANI E ALLE DIVERSE FORME DI SFRUTTAMENTO LAVORATIVO E SESSUALE”</w:t>
      </w:r>
    </w:p>
    <w:p w14:paraId="54062295" w14:textId="77777777" w:rsidR="00CA458C" w:rsidRDefault="00CA458C" w:rsidP="002C6734">
      <w:pPr>
        <w:spacing w:after="0" w:line="300" w:lineRule="exact"/>
        <w:jc w:val="both"/>
        <w:rPr>
          <w:rFonts w:ascii="Aptos" w:hAnsi="Aptos" w:cstheme="majorHAnsi"/>
          <w:b/>
          <w:bCs/>
          <w:lang w:val="it-IT"/>
        </w:rPr>
      </w:pPr>
    </w:p>
    <w:p w14:paraId="41B0067D" w14:textId="099C8AA2" w:rsidR="00C40190" w:rsidRPr="00C40190" w:rsidRDefault="00C40190" w:rsidP="00CA458C">
      <w:pPr>
        <w:spacing w:after="0" w:line="300" w:lineRule="exact"/>
        <w:jc w:val="center"/>
        <w:rPr>
          <w:rFonts w:ascii="Aptos" w:hAnsi="Aptos" w:cstheme="majorHAnsi"/>
          <w:b/>
          <w:bCs/>
          <w:lang w:val="it-IT"/>
        </w:rPr>
      </w:pPr>
      <w:r w:rsidRPr="00C40190">
        <w:rPr>
          <w:rFonts w:ascii="Aptos" w:hAnsi="Aptos" w:cstheme="majorHAnsi"/>
          <w:b/>
          <w:bCs/>
          <w:lang w:val="it-IT"/>
        </w:rPr>
        <w:t>DICHIARA</w:t>
      </w:r>
    </w:p>
    <w:p w14:paraId="18F5B278" w14:textId="77777777" w:rsidR="00C40190" w:rsidRDefault="00C40190" w:rsidP="005B57C5">
      <w:pPr>
        <w:spacing w:after="0" w:line="300" w:lineRule="exact"/>
        <w:jc w:val="center"/>
        <w:rPr>
          <w:rFonts w:ascii="Aptos" w:hAnsi="Aptos" w:cstheme="majorHAnsi"/>
          <w:i/>
          <w:iCs/>
          <w:lang w:val="it-IT"/>
        </w:rPr>
      </w:pPr>
      <w:r w:rsidRPr="00C40190">
        <w:rPr>
          <w:rFonts w:ascii="Aptos" w:hAnsi="Aptos" w:cstheme="majorHAnsi"/>
          <w:lang w:val="it-IT"/>
        </w:rPr>
        <w:t xml:space="preserve">( </w:t>
      </w:r>
      <w:r w:rsidRPr="00C40190">
        <w:rPr>
          <w:rFonts w:ascii="Aptos" w:hAnsi="Aptos" w:cstheme="majorHAnsi"/>
          <w:i/>
          <w:iCs/>
          <w:lang w:val="it-IT"/>
        </w:rPr>
        <w:t>ai sensi degli artt. 46 e 47 del D.P.R. n. 445/2000, consapevole delle responsabilità anche penali delle mendaci dichiarazioni)</w:t>
      </w:r>
    </w:p>
    <w:p w14:paraId="1C042499" w14:textId="77777777" w:rsidR="00A76C75" w:rsidRPr="00C40190" w:rsidRDefault="00A76C75" w:rsidP="005B57C5">
      <w:pPr>
        <w:spacing w:after="0" w:line="300" w:lineRule="exact"/>
        <w:jc w:val="center"/>
        <w:rPr>
          <w:rFonts w:ascii="Aptos" w:hAnsi="Aptos" w:cstheme="majorHAnsi"/>
          <w:lang w:val="it-IT"/>
        </w:rPr>
      </w:pPr>
    </w:p>
    <w:p w14:paraId="55FB3734" w14:textId="6D41B31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essere in possesso dei requisiti richiesti per il</w:t>
      </w:r>
      <w:r w:rsidR="00DF72C1" w:rsidRPr="005B57C5">
        <w:rPr>
          <w:rFonts w:ascii="Aptos" w:hAnsi="Aptos" w:cstheme="majorHAnsi"/>
          <w:lang w:val="it-IT"/>
        </w:rPr>
        <w:t xml:space="preserve"> profilo professionale </w:t>
      </w:r>
      <w:r w:rsidRPr="005B57C5">
        <w:rPr>
          <w:rFonts w:ascii="Aptos" w:hAnsi="Aptos" w:cstheme="majorHAnsi"/>
          <w:lang w:val="it-IT"/>
        </w:rPr>
        <w:t>come da Avviso pubblico;</w:t>
      </w:r>
    </w:p>
    <w:p w14:paraId="225C5629" w14:textId="77777777" w:rsidR="00DF72C1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possedere titolo di studio, esperienza e competenze richieste per il/</w:t>
      </w:r>
      <w:r w:rsidR="00DF72C1" w:rsidRPr="005B57C5">
        <w:rPr>
          <w:rFonts w:ascii="Aptos" w:hAnsi="Aptos" w:cstheme="majorHAnsi"/>
          <w:lang w:val="it-IT"/>
        </w:rPr>
        <w:t xml:space="preserve"> profilo professionale </w:t>
      </w:r>
    </w:p>
    <w:p w14:paraId="07D07878" w14:textId="01973F19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aver preso visione dell’Avviso e di accettarne integralmente i contenuti;</w:t>
      </w:r>
    </w:p>
    <w:p w14:paraId="63AA38D5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di autorizzare il trattamento dei propri dati personali ai sensi del Regolamento UE 2016/679 (GDPR);</w:t>
      </w:r>
    </w:p>
    <w:p w14:paraId="145327C9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t>- che tutte le informazioni contenute nel CV e nei documenti allegati sono veritiere.</w:t>
      </w:r>
    </w:p>
    <w:p w14:paraId="552A0CC8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lastRenderedPageBreak/>
        <w:br/>
        <w:t>Allega alla presente:</w:t>
      </w:r>
    </w:p>
    <w:p w14:paraId="4939286D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Curriculum Vitae firmato in formato europeo</w:t>
      </w:r>
    </w:p>
    <w:p w14:paraId="30D0BA49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Copia del documento di identità</w:t>
      </w:r>
      <w:r w:rsidR="000E7274" w:rsidRPr="005B57C5">
        <w:rPr>
          <w:rFonts w:ascii="Aptos" w:eastAsia="Trebuchet MS" w:hAnsi="Aptos" w:cstheme="majorHAnsi"/>
          <w:b/>
          <w:bCs/>
          <w:lang w:val="it-IT"/>
        </w:rPr>
        <w:t xml:space="preserve"> </w:t>
      </w:r>
      <w:r w:rsidR="000E7274" w:rsidRPr="005B57C5">
        <w:rPr>
          <w:rFonts w:ascii="Aptos" w:hAnsi="Aptos" w:cstheme="majorHAnsi"/>
          <w:lang w:val="it-IT"/>
        </w:rPr>
        <w:t>o del permesso di soggiorno in corso di validità (per i cittadini extra UE).</w:t>
      </w:r>
    </w:p>
    <w:p w14:paraId="52875072" w14:textId="77777777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="Segoe UI Symbol"/>
          <w:lang w:val="it-IT"/>
        </w:rPr>
        <w:t>☐</w:t>
      </w:r>
      <w:r w:rsidRPr="005B57C5">
        <w:rPr>
          <w:rFonts w:ascii="Aptos" w:hAnsi="Aptos" w:cstheme="majorHAnsi"/>
          <w:lang w:val="it-IT"/>
        </w:rPr>
        <w:t xml:space="preserve"> Presente istanza firmata</w:t>
      </w:r>
    </w:p>
    <w:p w14:paraId="2C25FBA8" w14:textId="7663DD45" w:rsidR="00333178" w:rsidRPr="005B57C5" w:rsidRDefault="00E5055D" w:rsidP="005B57C5">
      <w:pPr>
        <w:spacing w:after="0" w:line="300" w:lineRule="exact"/>
        <w:jc w:val="both"/>
        <w:rPr>
          <w:rFonts w:ascii="Aptos" w:hAnsi="Aptos" w:cstheme="majorHAnsi"/>
          <w:lang w:val="it-IT"/>
        </w:rPr>
      </w:pPr>
      <w:r w:rsidRPr="005B57C5">
        <w:rPr>
          <w:rFonts w:ascii="Aptos" w:hAnsi="Aptos" w:cstheme="majorHAnsi"/>
          <w:lang w:val="it-IT"/>
        </w:rPr>
        <w:br/>
        <w:t>Luogo e data: _____________</w:t>
      </w:r>
      <w:r w:rsidR="000E7274" w:rsidRPr="005B57C5">
        <w:rPr>
          <w:rFonts w:ascii="Aptos" w:hAnsi="Aptos" w:cstheme="majorHAnsi"/>
          <w:lang w:val="it-IT"/>
        </w:rPr>
        <w:t xml:space="preserve">                               </w:t>
      </w:r>
      <w:r w:rsidRPr="005B57C5">
        <w:rPr>
          <w:rFonts w:ascii="Aptos" w:hAnsi="Aptos" w:cstheme="majorHAnsi"/>
          <w:lang w:val="it-IT"/>
        </w:rPr>
        <w:t>Firma: _________________________________</w:t>
      </w:r>
    </w:p>
    <w:sectPr w:rsidR="00333178" w:rsidRPr="005B57C5" w:rsidSect="00A76C75">
      <w:pgSz w:w="12240" w:h="15840"/>
      <w:pgMar w:top="156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7E3365"/>
    <w:multiLevelType w:val="hybridMultilevel"/>
    <w:tmpl w:val="BD5CEB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95719083">
    <w:abstractNumId w:val="8"/>
  </w:num>
  <w:num w:numId="2" w16cid:durableId="111750395">
    <w:abstractNumId w:val="6"/>
  </w:num>
  <w:num w:numId="3" w16cid:durableId="1433667557">
    <w:abstractNumId w:val="5"/>
  </w:num>
  <w:num w:numId="4" w16cid:durableId="58795730">
    <w:abstractNumId w:val="4"/>
  </w:num>
  <w:num w:numId="5" w16cid:durableId="1973748259">
    <w:abstractNumId w:val="7"/>
  </w:num>
  <w:num w:numId="6" w16cid:durableId="1691837509">
    <w:abstractNumId w:val="3"/>
  </w:num>
  <w:num w:numId="7" w16cid:durableId="981538586">
    <w:abstractNumId w:val="2"/>
  </w:num>
  <w:num w:numId="8" w16cid:durableId="1527710936">
    <w:abstractNumId w:val="1"/>
  </w:num>
  <w:num w:numId="9" w16cid:durableId="1769349009">
    <w:abstractNumId w:val="0"/>
  </w:num>
  <w:num w:numId="10" w16cid:durableId="13765852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E1D"/>
    <w:rsid w:val="0006063C"/>
    <w:rsid w:val="00062D15"/>
    <w:rsid w:val="000972EA"/>
    <w:rsid w:val="000E7274"/>
    <w:rsid w:val="0015074B"/>
    <w:rsid w:val="001A689F"/>
    <w:rsid w:val="0029639D"/>
    <w:rsid w:val="002C6734"/>
    <w:rsid w:val="00326F90"/>
    <w:rsid w:val="00333178"/>
    <w:rsid w:val="003C2553"/>
    <w:rsid w:val="004323D9"/>
    <w:rsid w:val="005B57C5"/>
    <w:rsid w:val="006269F0"/>
    <w:rsid w:val="00635019"/>
    <w:rsid w:val="006E41CE"/>
    <w:rsid w:val="00803D3B"/>
    <w:rsid w:val="00A32910"/>
    <w:rsid w:val="00A33D16"/>
    <w:rsid w:val="00A76C75"/>
    <w:rsid w:val="00AA1D8D"/>
    <w:rsid w:val="00AA2ACE"/>
    <w:rsid w:val="00B47730"/>
    <w:rsid w:val="00BE594A"/>
    <w:rsid w:val="00C40190"/>
    <w:rsid w:val="00C51A00"/>
    <w:rsid w:val="00C91925"/>
    <w:rsid w:val="00CA458C"/>
    <w:rsid w:val="00CB0664"/>
    <w:rsid w:val="00D92493"/>
    <w:rsid w:val="00DA5D25"/>
    <w:rsid w:val="00DF72C1"/>
    <w:rsid w:val="00E5055D"/>
    <w:rsid w:val="00E51B17"/>
    <w:rsid w:val="00EF3E86"/>
    <w:rsid w:val="00F32375"/>
    <w:rsid w:val="00FC693F"/>
    <w:rsid w:val="00FF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84780D"/>
  <w14:defaultImageDpi w14:val="330"/>
  <w15:docId w15:val="{46665EF5-7FC8-4938-B7E8-0FF1A4E3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E72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ntheroadonlus@pec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E6273A-D750-43BB-80F1-E42E2ED5E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rosita paolucci</cp:lastModifiedBy>
  <cp:revision>2</cp:revision>
  <dcterms:created xsi:type="dcterms:W3CDTF">2026-08-24T11:22:00Z</dcterms:created>
  <dcterms:modified xsi:type="dcterms:W3CDTF">2026-08-24T11:22:00Z</dcterms:modified>
  <cp:category/>
</cp:coreProperties>
</file>