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D65E1E" w14:textId="77777777" w:rsidR="00FB048F" w:rsidRDefault="00000000">
      <w:pPr>
        <w:jc w:val="right"/>
      </w:pPr>
      <w:proofErr w:type="spellStart"/>
      <w:r>
        <w:rPr>
          <w:b/>
          <w:sz w:val="22"/>
        </w:rPr>
        <w:t>Allegato</w:t>
      </w:r>
      <w:proofErr w:type="spellEnd"/>
      <w:r>
        <w:rPr>
          <w:b/>
          <w:sz w:val="22"/>
        </w:rPr>
        <w:t xml:space="preserve"> A</w:t>
      </w:r>
    </w:p>
    <w:p w14:paraId="0D0F75DB" w14:textId="03D8171B" w:rsidR="001B52FE" w:rsidRPr="001B52FE" w:rsidRDefault="00000000" w:rsidP="001B52FE">
      <w:pPr>
        <w:jc w:val="center"/>
        <w:rPr>
          <w:sz w:val="28"/>
          <w:szCs w:val="28"/>
        </w:rPr>
      </w:pPr>
      <w:r w:rsidRPr="001B52FE">
        <w:rPr>
          <w:b/>
          <w:sz w:val="28"/>
          <w:szCs w:val="28"/>
        </w:rPr>
        <w:t>DOMANDA DI INSERIMENTO NELLA LONG LIST</w:t>
      </w:r>
      <w:r w:rsidR="001B52FE" w:rsidRPr="001B52FE">
        <w:rPr>
          <w:sz w:val="28"/>
          <w:szCs w:val="28"/>
        </w:rPr>
        <w:t xml:space="preserve"> </w:t>
      </w:r>
      <w:r w:rsidR="001B52FE" w:rsidRPr="001B52FE">
        <w:rPr>
          <w:b/>
          <w:sz w:val="28"/>
          <w:szCs w:val="28"/>
        </w:rPr>
        <w:t xml:space="preserve">DI DOCENTI </w:t>
      </w:r>
    </w:p>
    <w:p w14:paraId="3FDAB142" w14:textId="1FBE8AA2" w:rsidR="00FB048F" w:rsidRDefault="00000000">
      <w:pPr>
        <w:jc w:val="center"/>
        <w:rPr>
          <w:i/>
        </w:rPr>
      </w:pPr>
      <w:proofErr w:type="spellStart"/>
      <w:r>
        <w:rPr>
          <w:b/>
          <w:sz w:val="22"/>
        </w:rPr>
        <w:t>Programma</w:t>
      </w:r>
      <w:proofErr w:type="spellEnd"/>
      <w:r>
        <w:rPr>
          <w:b/>
          <w:sz w:val="22"/>
        </w:rPr>
        <w:t xml:space="preserve"> GOL</w:t>
      </w:r>
      <w:r w:rsidR="001B52FE">
        <w:rPr>
          <w:b/>
          <w:sz w:val="22"/>
        </w:rPr>
        <w:t xml:space="preserve"> </w:t>
      </w:r>
      <w:proofErr w:type="spellStart"/>
      <w:r w:rsidRPr="00302B36">
        <w:rPr>
          <w:b/>
          <w:sz w:val="22"/>
        </w:rPr>
        <w:t>Garanzia</w:t>
      </w:r>
      <w:proofErr w:type="spellEnd"/>
      <w:r w:rsidRPr="00302B36">
        <w:rPr>
          <w:b/>
          <w:sz w:val="22"/>
        </w:rPr>
        <w:t xml:space="preserve"> di </w:t>
      </w:r>
      <w:proofErr w:type="spellStart"/>
      <w:r w:rsidRPr="00302B36">
        <w:rPr>
          <w:b/>
          <w:sz w:val="22"/>
        </w:rPr>
        <w:t>Occupabilità</w:t>
      </w:r>
      <w:proofErr w:type="spellEnd"/>
      <w:r w:rsidRPr="00302B36">
        <w:rPr>
          <w:b/>
          <w:sz w:val="22"/>
        </w:rPr>
        <w:t xml:space="preserve"> </w:t>
      </w:r>
      <w:proofErr w:type="spellStart"/>
      <w:r w:rsidRPr="00302B36">
        <w:rPr>
          <w:b/>
          <w:sz w:val="22"/>
        </w:rPr>
        <w:t>dei</w:t>
      </w:r>
      <w:proofErr w:type="spellEnd"/>
      <w:r w:rsidRPr="00302B36">
        <w:rPr>
          <w:b/>
          <w:sz w:val="22"/>
        </w:rPr>
        <w:t xml:space="preserve"> </w:t>
      </w:r>
      <w:proofErr w:type="spellStart"/>
      <w:r w:rsidRPr="00302B36">
        <w:rPr>
          <w:b/>
          <w:sz w:val="22"/>
        </w:rPr>
        <w:t>Lavoratori</w:t>
      </w:r>
      <w:proofErr w:type="spellEnd"/>
    </w:p>
    <w:p w14:paraId="2196E66E" w14:textId="77777777" w:rsidR="001B52FE" w:rsidRDefault="001B52FE">
      <w:pPr>
        <w:jc w:val="center"/>
      </w:pPr>
    </w:p>
    <w:p w14:paraId="43CF172E" w14:textId="77777777" w:rsidR="00FB048F" w:rsidRDefault="00000000">
      <w:pPr>
        <w:jc w:val="right"/>
      </w:pPr>
      <w:r>
        <w:rPr>
          <w:b/>
        </w:rPr>
        <w:t>On the Road Società Cooperativa Sociale</w:t>
      </w:r>
      <w:r>
        <w:rPr>
          <w:b/>
        </w:rPr>
        <w:br/>
      </w:r>
      <w:r>
        <w:t>Contrada San Giovanni n. 2</w:t>
      </w:r>
      <w:r>
        <w:br/>
        <w:t xml:space="preserve">63074 San Benedetto del </w:t>
      </w:r>
      <w:proofErr w:type="spellStart"/>
      <w:r>
        <w:t>Tronto</w:t>
      </w:r>
      <w:proofErr w:type="spellEnd"/>
      <w:r>
        <w:t xml:space="preserve"> (AP)</w:t>
      </w:r>
      <w:r>
        <w:br/>
        <w:t>info@ontheroad.coop</w:t>
      </w:r>
    </w:p>
    <w:p w14:paraId="2BC09A70" w14:textId="77777777" w:rsidR="001B52FE" w:rsidRDefault="001B52FE">
      <w:pPr>
        <w:rPr>
          <w:b/>
        </w:rPr>
      </w:pPr>
    </w:p>
    <w:p w14:paraId="7AB91041" w14:textId="6E3F6D6D" w:rsidR="00FB048F" w:rsidRDefault="00000000">
      <w:proofErr w:type="spellStart"/>
      <w:r>
        <w:rPr>
          <w:b/>
        </w:rPr>
        <w:t>Oggetto</w:t>
      </w:r>
      <w:proofErr w:type="spellEnd"/>
      <w:r>
        <w:rPr>
          <w:b/>
        </w:rPr>
        <w:t xml:space="preserve">: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Long List di </w:t>
      </w:r>
      <w:proofErr w:type="spellStart"/>
      <w:r>
        <w:t>docenti</w:t>
      </w:r>
      <w:proofErr w:type="spellEnd"/>
      <w:r>
        <w:t xml:space="preserve"> – </w:t>
      </w:r>
      <w:proofErr w:type="spellStart"/>
      <w:r>
        <w:t>Programma</w:t>
      </w:r>
      <w:proofErr w:type="spellEnd"/>
      <w:r>
        <w:t xml:space="preserve"> GOL</w:t>
      </w:r>
    </w:p>
    <w:p w14:paraId="28B197EF" w14:textId="77777777" w:rsidR="00FB048F" w:rsidRDefault="00000000">
      <w:r>
        <w:t xml:space="preserve">La persona </w:t>
      </w:r>
      <w:proofErr w:type="spellStart"/>
      <w:r>
        <w:t>sottoscritta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FB048F" w14:paraId="44F1940E" w14:textId="77777777">
        <w:trPr>
          <w:jc w:val="center"/>
        </w:trPr>
        <w:tc>
          <w:tcPr>
            <w:tcW w:w="4535" w:type="dxa"/>
            <w:vAlign w:val="center"/>
          </w:tcPr>
          <w:p w14:paraId="401E6B24" w14:textId="77777777" w:rsidR="00FB048F" w:rsidRDefault="00000000">
            <w:r>
              <w:t xml:space="preserve">Nome e </w:t>
            </w:r>
            <w:proofErr w:type="spellStart"/>
            <w:r>
              <w:t>cognome</w:t>
            </w:r>
            <w:proofErr w:type="spellEnd"/>
          </w:p>
        </w:tc>
        <w:tc>
          <w:tcPr>
            <w:tcW w:w="4535" w:type="dxa"/>
            <w:vAlign w:val="center"/>
          </w:tcPr>
          <w:p w14:paraId="6A010A35" w14:textId="6AE7BD3A" w:rsidR="00FB048F" w:rsidRDefault="00000000">
            <w:r>
              <w:t>____________________________________</w:t>
            </w:r>
          </w:p>
        </w:tc>
      </w:tr>
      <w:tr w:rsidR="00FB048F" w14:paraId="09EA0683" w14:textId="77777777">
        <w:trPr>
          <w:jc w:val="center"/>
        </w:trPr>
        <w:tc>
          <w:tcPr>
            <w:tcW w:w="4535" w:type="dxa"/>
            <w:vAlign w:val="center"/>
          </w:tcPr>
          <w:p w14:paraId="02C9C025" w14:textId="77777777" w:rsidR="00FB048F" w:rsidRDefault="00000000">
            <w:proofErr w:type="spellStart"/>
            <w:r>
              <w:t>Luogo</w:t>
            </w:r>
            <w:proofErr w:type="spellEnd"/>
            <w:r>
              <w:t xml:space="preserve"> di </w:t>
            </w:r>
            <w:proofErr w:type="spellStart"/>
            <w:r>
              <w:t>nascita</w:t>
            </w:r>
            <w:proofErr w:type="spellEnd"/>
          </w:p>
        </w:tc>
        <w:tc>
          <w:tcPr>
            <w:tcW w:w="4535" w:type="dxa"/>
            <w:vAlign w:val="center"/>
          </w:tcPr>
          <w:p w14:paraId="10DD03DE" w14:textId="747A27A3" w:rsidR="00FB048F" w:rsidRDefault="00000000">
            <w:r>
              <w:t>____________________________________</w:t>
            </w:r>
          </w:p>
        </w:tc>
      </w:tr>
      <w:tr w:rsidR="00FB048F" w14:paraId="1E197C6B" w14:textId="77777777">
        <w:trPr>
          <w:jc w:val="center"/>
        </w:trPr>
        <w:tc>
          <w:tcPr>
            <w:tcW w:w="4535" w:type="dxa"/>
            <w:vAlign w:val="center"/>
          </w:tcPr>
          <w:p w14:paraId="7208962B" w14:textId="77777777" w:rsidR="00FB048F" w:rsidRDefault="00000000">
            <w:r>
              <w:t xml:space="preserve">Data di </w:t>
            </w:r>
            <w:proofErr w:type="spellStart"/>
            <w:r>
              <w:t>nascita</w:t>
            </w:r>
            <w:proofErr w:type="spellEnd"/>
          </w:p>
        </w:tc>
        <w:tc>
          <w:tcPr>
            <w:tcW w:w="4535" w:type="dxa"/>
            <w:vAlign w:val="center"/>
          </w:tcPr>
          <w:p w14:paraId="4E75F3DE" w14:textId="77777777" w:rsidR="00FB048F" w:rsidRDefault="00000000">
            <w:r>
              <w:t>____ / ____ / ________</w:t>
            </w:r>
          </w:p>
        </w:tc>
      </w:tr>
      <w:tr w:rsidR="00FB048F" w14:paraId="3734BD17" w14:textId="77777777">
        <w:trPr>
          <w:jc w:val="center"/>
        </w:trPr>
        <w:tc>
          <w:tcPr>
            <w:tcW w:w="4535" w:type="dxa"/>
            <w:vAlign w:val="center"/>
          </w:tcPr>
          <w:p w14:paraId="52C6D682" w14:textId="77777777" w:rsidR="00FB048F" w:rsidRDefault="00000000">
            <w:proofErr w:type="spellStart"/>
            <w:r>
              <w:t>Codice</w:t>
            </w:r>
            <w:proofErr w:type="spellEnd"/>
            <w:r>
              <w:t xml:space="preserve"> </w:t>
            </w:r>
            <w:proofErr w:type="spellStart"/>
            <w:r>
              <w:t>fiscale</w:t>
            </w:r>
            <w:proofErr w:type="spellEnd"/>
          </w:p>
        </w:tc>
        <w:tc>
          <w:tcPr>
            <w:tcW w:w="4535" w:type="dxa"/>
            <w:vAlign w:val="center"/>
          </w:tcPr>
          <w:p w14:paraId="31201790" w14:textId="74187134" w:rsidR="00FB048F" w:rsidRDefault="00000000">
            <w:r>
              <w:t>____________________________________</w:t>
            </w:r>
          </w:p>
        </w:tc>
      </w:tr>
      <w:tr w:rsidR="00FB048F" w14:paraId="338230B8" w14:textId="77777777">
        <w:trPr>
          <w:jc w:val="center"/>
        </w:trPr>
        <w:tc>
          <w:tcPr>
            <w:tcW w:w="4535" w:type="dxa"/>
            <w:vAlign w:val="center"/>
          </w:tcPr>
          <w:p w14:paraId="7D46E3A8" w14:textId="77777777" w:rsidR="00FB048F" w:rsidRDefault="00000000">
            <w:proofErr w:type="spellStart"/>
            <w:r>
              <w:t>Residenza</w:t>
            </w:r>
            <w:proofErr w:type="spellEnd"/>
            <w:r>
              <w:t xml:space="preserve"> (via/piazza e n.)</w:t>
            </w:r>
          </w:p>
        </w:tc>
        <w:tc>
          <w:tcPr>
            <w:tcW w:w="4535" w:type="dxa"/>
            <w:vAlign w:val="center"/>
          </w:tcPr>
          <w:p w14:paraId="2398AF1A" w14:textId="68BBDAA3" w:rsidR="00FB048F" w:rsidRDefault="00000000">
            <w:r>
              <w:t>____________________________________</w:t>
            </w:r>
          </w:p>
        </w:tc>
      </w:tr>
      <w:tr w:rsidR="00FB048F" w14:paraId="20A08430" w14:textId="77777777">
        <w:trPr>
          <w:jc w:val="center"/>
        </w:trPr>
        <w:tc>
          <w:tcPr>
            <w:tcW w:w="4535" w:type="dxa"/>
            <w:vAlign w:val="center"/>
          </w:tcPr>
          <w:p w14:paraId="2493C622" w14:textId="77777777" w:rsidR="00FB048F" w:rsidRDefault="00000000">
            <w:r>
              <w:t xml:space="preserve">CAP e </w:t>
            </w:r>
            <w:proofErr w:type="spellStart"/>
            <w:r>
              <w:t>Comune</w:t>
            </w:r>
            <w:proofErr w:type="spellEnd"/>
          </w:p>
        </w:tc>
        <w:tc>
          <w:tcPr>
            <w:tcW w:w="4535" w:type="dxa"/>
            <w:vAlign w:val="center"/>
          </w:tcPr>
          <w:p w14:paraId="5424BE2C" w14:textId="09BF9E12" w:rsidR="00FB048F" w:rsidRDefault="00000000">
            <w:r>
              <w:t>____________________________________</w:t>
            </w:r>
          </w:p>
        </w:tc>
      </w:tr>
    </w:tbl>
    <w:p w14:paraId="48FBF5FC" w14:textId="77777777" w:rsidR="00FB048F" w:rsidRDefault="00000000">
      <w:proofErr w:type="spellStart"/>
      <w:r>
        <w:rPr>
          <w:b/>
        </w:rPr>
        <w:t>Recapiti</w:t>
      </w:r>
      <w:proofErr w:type="spellEnd"/>
    </w:p>
    <w:p w14:paraId="3CDC44DB" w14:textId="77777777" w:rsidR="001B52FE" w:rsidRDefault="00000000">
      <w:proofErr w:type="spellStart"/>
      <w:r>
        <w:rPr>
          <w:b/>
        </w:rPr>
        <w:t>Telefono</w:t>
      </w:r>
      <w:proofErr w:type="spellEnd"/>
      <w:r>
        <w:rPr>
          <w:b/>
        </w:rPr>
        <w:t xml:space="preserve">: </w:t>
      </w:r>
      <w:r>
        <w:t xml:space="preserve">____________________________    </w:t>
      </w:r>
    </w:p>
    <w:p w14:paraId="0518A881" w14:textId="171FDFE0" w:rsidR="00FB048F" w:rsidRDefault="00000000">
      <w:r>
        <w:rPr>
          <w:b/>
        </w:rPr>
        <w:t xml:space="preserve">E-mail: </w:t>
      </w:r>
      <w:r>
        <w:t>____________________________________________</w:t>
      </w:r>
    </w:p>
    <w:p w14:paraId="627A5D69" w14:textId="77777777" w:rsidR="001B52FE" w:rsidRDefault="001B52FE" w:rsidP="001B52FE">
      <w:pPr>
        <w:jc w:val="center"/>
        <w:rPr>
          <w:b/>
        </w:rPr>
      </w:pPr>
    </w:p>
    <w:p w14:paraId="1E051C2E" w14:textId="694A4D0A" w:rsidR="00FB048F" w:rsidRDefault="00000000" w:rsidP="001B52FE">
      <w:pPr>
        <w:jc w:val="center"/>
      </w:pPr>
      <w:r>
        <w:rPr>
          <w:b/>
        </w:rPr>
        <w:t>CHIEDE</w:t>
      </w:r>
    </w:p>
    <w:p w14:paraId="4516D6D8" w14:textId="3F185BAA" w:rsidR="00FB048F" w:rsidRDefault="00000000" w:rsidP="00910D0A">
      <w:pPr>
        <w:jc w:val="both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inserita</w:t>
      </w:r>
      <w:proofErr w:type="spellEnd"/>
      <w:r>
        <w:t xml:space="preserve">/o </w:t>
      </w:r>
      <w:proofErr w:type="spellStart"/>
      <w:r>
        <w:t>nella</w:t>
      </w:r>
      <w:proofErr w:type="spellEnd"/>
      <w:r>
        <w:t xml:space="preserve"> Long List di </w:t>
      </w:r>
      <w:proofErr w:type="spellStart"/>
      <w:r>
        <w:t>docenti</w:t>
      </w:r>
      <w:proofErr w:type="spellEnd"/>
      <w:r>
        <w:t xml:space="preserve"> di On the Road Società Cooperativa Sociale per il/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seguente</w:t>
      </w:r>
      <w:proofErr w:type="spellEnd"/>
      <w:r>
        <w:t>/</w:t>
      </w:r>
      <w:proofErr w:type="spellStart"/>
      <w:r>
        <w:t>i</w:t>
      </w:r>
      <w:proofErr w:type="spellEnd"/>
      <w:r>
        <w:t xml:space="preserve"> </w:t>
      </w:r>
      <w:proofErr w:type="spellStart"/>
      <w:r>
        <w:t>profilo</w:t>
      </w:r>
      <w:proofErr w:type="spellEnd"/>
      <w:r>
        <w:t>/</w:t>
      </w:r>
      <w:proofErr w:type="spellStart"/>
      <w:r>
        <w:t>i</w:t>
      </w:r>
      <w:proofErr w:type="spellEnd"/>
      <w:r>
        <w:t xml:space="preserve"> </w:t>
      </w:r>
      <w:proofErr w:type="spellStart"/>
      <w:r>
        <w:t>professionale</w:t>
      </w:r>
      <w:proofErr w:type="spellEnd"/>
      <w:r>
        <w:t>/</w:t>
      </w:r>
      <w:proofErr w:type="spellStart"/>
      <w:r>
        <w:t>i</w:t>
      </w:r>
      <w:proofErr w:type="spellEnd"/>
      <w:r>
        <w:t xml:space="preserve"> e/o area/e di </w:t>
      </w:r>
      <w:proofErr w:type="spellStart"/>
      <w:r>
        <w:t>competenza</w:t>
      </w:r>
      <w:proofErr w:type="spellEnd"/>
      <w:r>
        <w:t xml:space="preserve"> (</w:t>
      </w:r>
      <w:proofErr w:type="spellStart"/>
      <w:r>
        <w:t>selezionare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o </w:t>
      </w:r>
      <w:proofErr w:type="spellStart"/>
      <w:r>
        <w:t>più</w:t>
      </w:r>
      <w:proofErr w:type="spellEnd"/>
      <w:r>
        <w:t xml:space="preserve"> </w:t>
      </w:r>
      <w:proofErr w:type="spellStart"/>
      <w:r>
        <w:t>opzioni</w:t>
      </w:r>
      <w:proofErr w:type="spellEnd"/>
      <w:r>
        <w:t>):</w:t>
      </w:r>
    </w:p>
    <w:p w14:paraId="183CF6E9" w14:textId="77777777" w:rsidR="00FB048F" w:rsidRDefault="00000000" w:rsidP="00910D0A">
      <w:pPr>
        <w:ind w:left="227"/>
        <w:jc w:val="both"/>
      </w:pPr>
      <w:r>
        <w:t xml:space="preserve">☐ </w:t>
      </w:r>
      <w:proofErr w:type="spellStart"/>
      <w:r>
        <w:t>Docenza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corsi</w:t>
      </w:r>
      <w:proofErr w:type="spellEnd"/>
      <w:r>
        <w:t xml:space="preserve"> per </w:t>
      </w:r>
      <w:proofErr w:type="spellStart"/>
      <w:r>
        <w:t>Assistente</w:t>
      </w:r>
      <w:proofErr w:type="spellEnd"/>
      <w:r>
        <w:t xml:space="preserve"> </w:t>
      </w:r>
      <w:proofErr w:type="spellStart"/>
      <w:r>
        <w:t>familiare</w:t>
      </w:r>
      <w:proofErr w:type="spellEnd"/>
      <w:r>
        <w:t xml:space="preserve"> – 260 ore</w:t>
      </w:r>
    </w:p>
    <w:p w14:paraId="75D90555" w14:textId="77777777" w:rsidR="00FB048F" w:rsidRDefault="00000000" w:rsidP="00910D0A">
      <w:pPr>
        <w:ind w:left="227"/>
        <w:jc w:val="both"/>
      </w:pPr>
      <w:r>
        <w:t xml:space="preserve">☐ </w:t>
      </w:r>
      <w:proofErr w:type="spellStart"/>
      <w:r>
        <w:t>Docenza</w:t>
      </w:r>
      <w:proofErr w:type="spellEnd"/>
      <w:r>
        <w:t xml:space="preserve"> di lingua </w:t>
      </w:r>
      <w:proofErr w:type="spellStart"/>
      <w:r>
        <w:t>italiana</w:t>
      </w:r>
      <w:proofErr w:type="spellEnd"/>
      <w:r>
        <w:t xml:space="preserve"> per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straniere</w:t>
      </w:r>
      <w:proofErr w:type="spellEnd"/>
      <w:r>
        <w:t xml:space="preserve"> – </w:t>
      </w:r>
      <w:proofErr w:type="spellStart"/>
      <w:r>
        <w:t>livello</w:t>
      </w:r>
      <w:proofErr w:type="spellEnd"/>
      <w:r>
        <w:t xml:space="preserve"> A2 – 100 ore</w:t>
      </w:r>
    </w:p>
    <w:p w14:paraId="21AE9307" w14:textId="77777777" w:rsidR="00FB048F" w:rsidRDefault="00000000" w:rsidP="00910D0A">
      <w:pPr>
        <w:ind w:left="227"/>
        <w:jc w:val="both"/>
      </w:pPr>
      <w:r>
        <w:t xml:space="preserve">☐ </w:t>
      </w:r>
      <w:proofErr w:type="spellStart"/>
      <w:r>
        <w:t>Docenza</w:t>
      </w:r>
      <w:proofErr w:type="spellEnd"/>
      <w:r>
        <w:t xml:space="preserve"> di lingua inglese – </w:t>
      </w:r>
      <w:proofErr w:type="spellStart"/>
      <w:r>
        <w:t>livello</w:t>
      </w:r>
      <w:proofErr w:type="spellEnd"/>
      <w:r>
        <w:t xml:space="preserve"> B2 – 80 ore</w:t>
      </w:r>
    </w:p>
    <w:p w14:paraId="414B44D7" w14:textId="77777777" w:rsidR="00FB048F" w:rsidRDefault="00000000" w:rsidP="00910D0A">
      <w:pPr>
        <w:ind w:left="227"/>
        <w:jc w:val="both"/>
      </w:pPr>
      <w:r>
        <w:t xml:space="preserve">☐ </w:t>
      </w:r>
      <w:proofErr w:type="spellStart"/>
      <w:r>
        <w:t>Docenza</w:t>
      </w:r>
      <w:proofErr w:type="spellEnd"/>
      <w:r>
        <w:t xml:space="preserve"> di </w:t>
      </w:r>
      <w:proofErr w:type="spellStart"/>
      <w:r>
        <w:t>competenze</w:t>
      </w:r>
      <w:proofErr w:type="spellEnd"/>
      <w:r>
        <w:t xml:space="preserve"> </w:t>
      </w:r>
      <w:proofErr w:type="spellStart"/>
      <w:r>
        <w:t>digitali</w:t>
      </w:r>
      <w:proofErr w:type="spellEnd"/>
      <w:r>
        <w:t xml:space="preserve"> – </w:t>
      </w:r>
      <w:proofErr w:type="spellStart"/>
      <w:r>
        <w:t>DigComp</w:t>
      </w:r>
      <w:proofErr w:type="spellEnd"/>
      <w:r>
        <w:t xml:space="preserve"> 2.1, </w:t>
      </w:r>
      <w:proofErr w:type="spellStart"/>
      <w:r>
        <w:t>livello</w:t>
      </w:r>
      <w:proofErr w:type="spellEnd"/>
      <w:r>
        <w:t xml:space="preserve"> base – 100 ore</w:t>
      </w:r>
    </w:p>
    <w:p w14:paraId="62AC2B4B" w14:textId="127A010D" w:rsidR="001B52FE" w:rsidRDefault="00000000" w:rsidP="00910D0A">
      <w:pPr>
        <w:ind w:left="227"/>
        <w:jc w:val="both"/>
      </w:pPr>
      <w:r>
        <w:t xml:space="preserve">☐ </w:t>
      </w:r>
      <w:proofErr w:type="spellStart"/>
      <w:r>
        <w:t>Docenza</w:t>
      </w:r>
      <w:proofErr w:type="spellEnd"/>
      <w:r>
        <w:t xml:space="preserve"> di </w:t>
      </w:r>
      <w:proofErr w:type="spellStart"/>
      <w:r>
        <w:t>competenze</w:t>
      </w:r>
      <w:proofErr w:type="spellEnd"/>
      <w:r>
        <w:t xml:space="preserve"> </w:t>
      </w:r>
      <w:proofErr w:type="spellStart"/>
      <w:r>
        <w:t>digitali</w:t>
      </w:r>
      <w:proofErr w:type="spellEnd"/>
      <w:r>
        <w:t xml:space="preserve"> – </w:t>
      </w:r>
      <w:proofErr w:type="spellStart"/>
      <w:r>
        <w:t>DigComp</w:t>
      </w:r>
      <w:proofErr w:type="spellEnd"/>
      <w:r>
        <w:t xml:space="preserve"> 2.1, Area di </w:t>
      </w:r>
      <w:proofErr w:type="spellStart"/>
      <w:r>
        <w:t>competenza</w:t>
      </w:r>
      <w:proofErr w:type="spellEnd"/>
      <w:r>
        <w:t xml:space="preserve"> 2: </w:t>
      </w:r>
      <w:proofErr w:type="spellStart"/>
      <w:r>
        <w:t>Comunicazione</w:t>
      </w:r>
      <w:proofErr w:type="spellEnd"/>
      <w:r>
        <w:t xml:space="preserve"> e </w:t>
      </w:r>
      <w:proofErr w:type="spellStart"/>
      <w:r>
        <w:t>collaborazione</w:t>
      </w:r>
      <w:proofErr w:type="spellEnd"/>
      <w:r>
        <w:t xml:space="preserve">, </w:t>
      </w:r>
      <w:proofErr w:type="spellStart"/>
      <w:r>
        <w:t>livello</w:t>
      </w:r>
      <w:proofErr w:type="spellEnd"/>
      <w:r>
        <w:t xml:space="preserve"> </w:t>
      </w:r>
      <w:proofErr w:type="spellStart"/>
      <w:r>
        <w:t>intermedio</w:t>
      </w:r>
      <w:proofErr w:type="spellEnd"/>
      <w:r>
        <w:t xml:space="preserve"> / Social Media Marketing – 60 ore</w:t>
      </w:r>
    </w:p>
    <w:p w14:paraId="41263E31" w14:textId="5CF04F54" w:rsidR="00A467D8" w:rsidRDefault="00A467D8" w:rsidP="00910D0A">
      <w:pPr>
        <w:ind w:left="227"/>
        <w:jc w:val="both"/>
      </w:pPr>
      <w:proofErr w:type="gramStart"/>
      <w:r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 </w:t>
      </w:r>
      <w:proofErr w:type="spellStart"/>
      <w:r w:rsidRPr="00A467D8">
        <w:t>Docenza</w:t>
      </w:r>
      <w:proofErr w:type="spellEnd"/>
      <w:proofErr w:type="gramEnd"/>
      <w:r w:rsidRPr="00A467D8">
        <w:t xml:space="preserve"> </w:t>
      </w:r>
      <w:proofErr w:type="spellStart"/>
      <w:r w:rsidRPr="00A467D8">
        <w:t>nel</w:t>
      </w:r>
      <w:proofErr w:type="spellEnd"/>
      <w:r w:rsidRPr="00A467D8">
        <w:t xml:space="preserve"> Corso per </w:t>
      </w:r>
      <w:proofErr w:type="spellStart"/>
      <w:r w:rsidRPr="00A467D8">
        <w:t>Addetto</w:t>
      </w:r>
      <w:proofErr w:type="spellEnd"/>
      <w:r w:rsidRPr="00A467D8">
        <w:t xml:space="preserve"> alle </w:t>
      </w:r>
      <w:proofErr w:type="spellStart"/>
      <w:r w:rsidRPr="00A467D8">
        <w:t>attività</w:t>
      </w:r>
      <w:proofErr w:type="spellEnd"/>
      <w:r w:rsidRPr="00A467D8">
        <w:t xml:space="preserve"> </w:t>
      </w:r>
      <w:proofErr w:type="spellStart"/>
      <w:r w:rsidRPr="00A467D8">
        <w:t>amministrativo-segretariali</w:t>
      </w:r>
      <w:proofErr w:type="spellEnd"/>
      <w:r w:rsidRPr="00A467D8">
        <w:t xml:space="preserve"> – 600 ore</w:t>
      </w:r>
    </w:p>
    <w:p w14:paraId="319CEADA" w14:textId="77777777" w:rsidR="001B52FE" w:rsidRDefault="001B52FE"/>
    <w:p w14:paraId="5493E183" w14:textId="0205BFD4" w:rsidR="00FB048F" w:rsidRDefault="00000000" w:rsidP="001B52FE">
      <w:pPr>
        <w:jc w:val="center"/>
      </w:pPr>
      <w:r>
        <w:rPr>
          <w:b/>
        </w:rPr>
        <w:t>DICHIARA</w:t>
      </w:r>
    </w:p>
    <w:p w14:paraId="483F2F4A" w14:textId="77777777" w:rsidR="00FB048F" w:rsidRDefault="00000000" w:rsidP="00910D0A">
      <w:pPr>
        <w:jc w:val="both"/>
      </w:pPr>
      <w:r>
        <w:t xml:space="preserve">ai sensi degli </w:t>
      </w:r>
      <w:proofErr w:type="spellStart"/>
      <w:r>
        <w:t>artt</w:t>
      </w:r>
      <w:proofErr w:type="spellEnd"/>
      <w:r>
        <w:t xml:space="preserve">. 46 e 47 del D.P.R. 28 </w:t>
      </w:r>
      <w:proofErr w:type="spellStart"/>
      <w:r>
        <w:t>dicembre</w:t>
      </w:r>
      <w:proofErr w:type="spellEnd"/>
      <w:r>
        <w:t xml:space="preserve"> 2000, n. 445, e </w:t>
      </w:r>
      <w:proofErr w:type="spellStart"/>
      <w:r>
        <w:t>consapevole</w:t>
      </w:r>
      <w:proofErr w:type="spellEnd"/>
      <w:r>
        <w:t xml:space="preserve"> delle </w:t>
      </w:r>
      <w:proofErr w:type="spellStart"/>
      <w:r>
        <w:t>responsabilità</w:t>
      </w:r>
      <w:proofErr w:type="spellEnd"/>
      <w:r>
        <w:t xml:space="preserve"> e delle </w:t>
      </w:r>
      <w:proofErr w:type="spellStart"/>
      <w:r>
        <w:t>sanzioni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vigente</w:t>
      </w:r>
      <w:proofErr w:type="spellEnd"/>
      <w:r>
        <w:t xml:space="preserve"> in </w:t>
      </w:r>
      <w:proofErr w:type="spellStart"/>
      <w:r>
        <w:t>caso</w:t>
      </w:r>
      <w:proofErr w:type="spellEnd"/>
      <w:r>
        <w:t xml:space="preserve"> di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mendaci</w:t>
      </w:r>
      <w:proofErr w:type="spellEnd"/>
      <w:r>
        <w:t>:</w:t>
      </w:r>
    </w:p>
    <w:p w14:paraId="3B05F569" w14:textId="77777777" w:rsidR="00FB048F" w:rsidRDefault="00000000" w:rsidP="00910D0A">
      <w:pPr>
        <w:jc w:val="both"/>
      </w:pPr>
      <w:r>
        <w:t xml:space="preserve">☐ 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possesso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requisiti</w:t>
      </w:r>
      <w:proofErr w:type="spellEnd"/>
      <w:r>
        <w:t xml:space="preserve"> </w:t>
      </w:r>
      <w:proofErr w:type="spellStart"/>
      <w:r>
        <w:t>richiesti</w:t>
      </w:r>
      <w:proofErr w:type="spellEnd"/>
      <w:r>
        <w:t xml:space="preserve"> </w:t>
      </w:r>
      <w:proofErr w:type="spellStart"/>
      <w:r>
        <w:t>dall’Avviso</w:t>
      </w:r>
      <w:proofErr w:type="spellEnd"/>
      <w:r>
        <w:t xml:space="preserve"> per il/</w:t>
      </w:r>
      <w:proofErr w:type="spellStart"/>
      <w:r>
        <w:t>i</w:t>
      </w:r>
      <w:proofErr w:type="spellEnd"/>
      <w:r>
        <w:t xml:space="preserve"> </w:t>
      </w:r>
      <w:proofErr w:type="spellStart"/>
      <w:r>
        <w:t>profilo</w:t>
      </w:r>
      <w:proofErr w:type="spellEnd"/>
      <w:r>
        <w:t>/</w:t>
      </w:r>
      <w:proofErr w:type="spellStart"/>
      <w:r>
        <w:t>i</w:t>
      </w:r>
      <w:proofErr w:type="spellEnd"/>
      <w:r>
        <w:t xml:space="preserve"> e/o area/e di </w:t>
      </w:r>
      <w:proofErr w:type="spellStart"/>
      <w:r>
        <w:t>competenza</w:t>
      </w:r>
      <w:proofErr w:type="spellEnd"/>
      <w:r>
        <w:t xml:space="preserve"> </w:t>
      </w:r>
      <w:proofErr w:type="spellStart"/>
      <w:r>
        <w:t>selezionato</w:t>
      </w:r>
      <w:proofErr w:type="spellEnd"/>
      <w:r>
        <w:t>/</w:t>
      </w:r>
      <w:proofErr w:type="spellStart"/>
      <w:r>
        <w:t>i</w:t>
      </w:r>
      <w:proofErr w:type="spellEnd"/>
      <w:r>
        <w:t>;</w:t>
      </w:r>
    </w:p>
    <w:p w14:paraId="6EA49A94" w14:textId="77777777" w:rsidR="00FB048F" w:rsidRDefault="00000000" w:rsidP="00910D0A">
      <w:pPr>
        <w:jc w:val="both"/>
      </w:pPr>
      <w:r>
        <w:lastRenderedPageBreak/>
        <w:t xml:space="preserve">☐ 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possesso</w:t>
      </w:r>
      <w:proofErr w:type="spellEnd"/>
      <w:r>
        <w:t xml:space="preserve"> del </w:t>
      </w:r>
      <w:proofErr w:type="spellStart"/>
      <w:r>
        <w:t>titolo</w:t>
      </w:r>
      <w:proofErr w:type="spellEnd"/>
      <w:r>
        <w:t xml:space="preserve"> di studio, delle </w:t>
      </w:r>
      <w:proofErr w:type="spellStart"/>
      <w:r>
        <w:t>esperienze</w:t>
      </w:r>
      <w:proofErr w:type="spellEnd"/>
      <w:r>
        <w:t xml:space="preserve"> </w:t>
      </w:r>
      <w:proofErr w:type="spellStart"/>
      <w:r>
        <w:t>professionali</w:t>
      </w:r>
      <w:proofErr w:type="spellEnd"/>
      <w:r>
        <w:t xml:space="preserve"> e delle </w:t>
      </w:r>
      <w:proofErr w:type="spellStart"/>
      <w:r>
        <w:t>esperienze</w:t>
      </w:r>
      <w:proofErr w:type="spellEnd"/>
      <w:r>
        <w:t xml:space="preserve"> </w:t>
      </w:r>
      <w:proofErr w:type="spellStart"/>
      <w:r>
        <w:t>didattiche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dall’Avviso</w:t>
      </w:r>
      <w:proofErr w:type="spellEnd"/>
      <w:r>
        <w:t>;</w:t>
      </w:r>
    </w:p>
    <w:p w14:paraId="3BCB0D03" w14:textId="77777777" w:rsidR="00FB048F" w:rsidRDefault="00000000" w:rsidP="00910D0A">
      <w:pPr>
        <w:jc w:val="both"/>
      </w:pPr>
      <w:r>
        <w:t xml:space="preserve">☐ 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disponibile</w:t>
      </w:r>
      <w:proofErr w:type="spellEnd"/>
      <w:r>
        <w:t xml:space="preserve">, </w:t>
      </w:r>
      <w:proofErr w:type="spellStart"/>
      <w:r>
        <w:t>ove</w:t>
      </w:r>
      <w:proofErr w:type="spellEnd"/>
      <w:r>
        <w:t xml:space="preserve"> </w:t>
      </w:r>
      <w:proofErr w:type="spellStart"/>
      <w:r>
        <w:t>necessario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eventuali</w:t>
      </w:r>
      <w:proofErr w:type="spellEnd"/>
      <w:r>
        <w:t xml:space="preserve"> </w:t>
      </w:r>
      <w:proofErr w:type="spellStart"/>
      <w:r>
        <w:t>spostamenti</w:t>
      </w:r>
      <w:proofErr w:type="spellEnd"/>
      <w:r>
        <w:t xml:space="preserve">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allo</w:t>
      </w:r>
      <w:proofErr w:type="spellEnd"/>
      <w:r>
        <w:t xml:space="preserve"> </w:t>
      </w:r>
      <w:proofErr w:type="spellStart"/>
      <w:r>
        <w:t>svolgimento</w:t>
      </w:r>
      <w:proofErr w:type="spellEnd"/>
      <w:r>
        <w:t xml:space="preserve"> </w:t>
      </w:r>
      <w:proofErr w:type="spellStart"/>
      <w:r>
        <w:t>dell’incarico</w:t>
      </w:r>
      <w:proofErr w:type="spellEnd"/>
      <w:r>
        <w:t>;</w:t>
      </w:r>
    </w:p>
    <w:p w14:paraId="77BEFF7B" w14:textId="77777777" w:rsidR="00FB048F" w:rsidRDefault="00000000" w:rsidP="00910D0A">
      <w:pPr>
        <w:jc w:val="both"/>
      </w:pPr>
      <w:r>
        <w:t xml:space="preserve">☐ di non </w:t>
      </w:r>
      <w:proofErr w:type="spellStart"/>
      <w:r>
        <w:t>trovarsi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di </w:t>
      </w:r>
      <w:proofErr w:type="spellStart"/>
      <w:r>
        <w:t>incapacità</w:t>
      </w:r>
      <w:proofErr w:type="spellEnd"/>
      <w:r>
        <w:t xml:space="preserve"> a </w:t>
      </w:r>
      <w:proofErr w:type="spellStart"/>
      <w:r>
        <w:t>contrarre</w:t>
      </w:r>
      <w:proofErr w:type="spellEnd"/>
      <w:r>
        <w:t xml:space="preserve"> con la </w:t>
      </w:r>
      <w:proofErr w:type="spellStart"/>
      <w:r>
        <w:t>Pubblica</w:t>
      </w:r>
      <w:proofErr w:type="spellEnd"/>
      <w:r>
        <w:t xml:space="preserve"> </w:t>
      </w:r>
      <w:proofErr w:type="spellStart"/>
      <w:r>
        <w:t>Amministrazione</w:t>
      </w:r>
      <w:proofErr w:type="spellEnd"/>
      <w:r>
        <w:t>;</w:t>
      </w:r>
    </w:p>
    <w:p w14:paraId="755C1840" w14:textId="77777777" w:rsidR="00FB048F" w:rsidRDefault="00000000" w:rsidP="00910D0A">
      <w:pPr>
        <w:jc w:val="both"/>
      </w:pPr>
      <w:r>
        <w:t xml:space="preserve">☐ di aver </w:t>
      </w:r>
      <w:proofErr w:type="spellStart"/>
      <w:r>
        <w:t>preso</w:t>
      </w:r>
      <w:proofErr w:type="spellEnd"/>
      <w:r>
        <w:t xml:space="preserve"> </w:t>
      </w:r>
      <w:proofErr w:type="spellStart"/>
      <w:r>
        <w:t>visione</w:t>
      </w:r>
      <w:proofErr w:type="spellEnd"/>
      <w:r>
        <w:t xml:space="preserve"> </w:t>
      </w:r>
      <w:proofErr w:type="spellStart"/>
      <w:r>
        <w:t>dell’Avviso</w:t>
      </w:r>
      <w:proofErr w:type="spellEnd"/>
      <w:r>
        <w:t xml:space="preserve"> e di </w:t>
      </w:r>
      <w:proofErr w:type="spellStart"/>
      <w:r>
        <w:t>accettarne</w:t>
      </w:r>
      <w:proofErr w:type="spellEnd"/>
      <w:r>
        <w:t xml:space="preserve"> </w:t>
      </w:r>
      <w:proofErr w:type="spellStart"/>
      <w:r>
        <w:t>integralmente</w:t>
      </w:r>
      <w:proofErr w:type="spellEnd"/>
      <w:r>
        <w:t xml:space="preserve"> </w:t>
      </w:r>
      <w:proofErr w:type="spellStart"/>
      <w:r>
        <w:t>contenuti</w:t>
      </w:r>
      <w:proofErr w:type="spellEnd"/>
      <w:r>
        <w:t xml:space="preserve"> e </w:t>
      </w:r>
      <w:proofErr w:type="spellStart"/>
      <w:r>
        <w:t>condizioni</w:t>
      </w:r>
      <w:proofErr w:type="spellEnd"/>
      <w:r>
        <w:t>;</w:t>
      </w:r>
    </w:p>
    <w:p w14:paraId="691B5824" w14:textId="77777777" w:rsidR="00FB048F" w:rsidRDefault="00000000" w:rsidP="00910D0A">
      <w:pPr>
        <w:jc w:val="both"/>
      </w:pPr>
      <w:r>
        <w:t xml:space="preserve">☐ </w:t>
      </w:r>
      <w:proofErr w:type="spellStart"/>
      <w:r>
        <w:t>che</w:t>
      </w:r>
      <w:proofErr w:type="spellEnd"/>
      <w:r>
        <w:t xml:space="preserve"> le </w:t>
      </w:r>
      <w:proofErr w:type="spellStart"/>
      <w:r>
        <w:t>informazioni</w:t>
      </w:r>
      <w:proofErr w:type="spellEnd"/>
      <w:r>
        <w:t xml:space="preserve"> </w:t>
      </w:r>
      <w:proofErr w:type="spellStart"/>
      <w:r>
        <w:t>contenute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curriculum vitae e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documentazione</w:t>
      </w:r>
      <w:proofErr w:type="spellEnd"/>
      <w:r>
        <w:t xml:space="preserve"> </w:t>
      </w:r>
      <w:proofErr w:type="spellStart"/>
      <w:r>
        <w:t>allegata</w:t>
      </w:r>
      <w:proofErr w:type="spellEnd"/>
      <w:r>
        <w:t xml:space="preserve"> alla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</w:t>
      </w:r>
      <w:proofErr w:type="spellStart"/>
      <w:r>
        <w:t>corrispondono</w:t>
      </w:r>
      <w:proofErr w:type="spellEnd"/>
      <w:r>
        <w:t xml:space="preserve"> al </w:t>
      </w:r>
      <w:proofErr w:type="spellStart"/>
      <w:r>
        <w:t>vero</w:t>
      </w:r>
      <w:proofErr w:type="spellEnd"/>
      <w:r>
        <w:t>;</w:t>
      </w:r>
    </w:p>
    <w:p w14:paraId="591157E2" w14:textId="77777777" w:rsidR="00FB048F" w:rsidRDefault="00000000" w:rsidP="00910D0A">
      <w:pPr>
        <w:jc w:val="both"/>
      </w:pPr>
      <w:r>
        <w:t xml:space="preserve">☐ di </w:t>
      </w:r>
      <w:proofErr w:type="spellStart"/>
      <w:r>
        <w:t>impegnarsi</w:t>
      </w:r>
      <w:proofErr w:type="spellEnd"/>
      <w:r>
        <w:t xml:space="preserve"> a </w:t>
      </w:r>
      <w:proofErr w:type="spellStart"/>
      <w:r>
        <w:t>comunicare</w:t>
      </w:r>
      <w:proofErr w:type="spellEnd"/>
      <w:r>
        <w:t xml:space="preserve"> </w:t>
      </w:r>
      <w:proofErr w:type="spellStart"/>
      <w:r>
        <w:t>tempestivamente</w:t>
      </w:r>
      <w:proofErr w:type="spellEnd"/>
      <w:r>
        <w:t xml:space="preserve"> </w:t>
      </w:r>
      <w:proofErr w:type="spellStart"/>
      <w:r>
        <w:t>eventuali</w:t>
      </w:r>
      <w:proofErr w:type="spellEnd"/>
      <w:r>
        <w:t xml:space="preserve"> </w:t>
      </w:r>
      <w:proofErr w:type="spellStart"/>
      <w:r>
        <w:t>variazioni</w:t>
      </w:r>
      <w:proofErr w:type="spellEnd"/>
      <w:r>
        <w:t xml:space="preserve"> delle </w:t>
      </w:r>
      <w:proofErr w:type="spellStart"/>
      <w:r>
        <w:t>informazioni</w:t>
      </w:r>
      <w:proofErr w:type="spellEnd"/>
      <w:r>
        <w:t xml:space="preserve"> e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requisiti</w:t>
      </w:r>
      <w:proofErr w:type="spellEnd"/>
      <w:r>
        <w:t xml:space="preserve"> </w:t>
      </w:r>
      <w:proofErr w:type="spellStart"/>
      <w:r>
        <w:t>dichiarati</w:t>
      </w:r>
      <w:proofErr w:type="spellEnd"/>
      <w:r>
        <w:t>.</w:t>
      </w:r>
    </w:p>
    <w:p w14:paraId="1F6DCB65" w14:textId="77777777" w:rsidR="001B52FE" w:rsidRDefault="001B52FE" w:rsidP="00910D0A">
      <w:pPr>
        <w:jc w:val="both"/>
        <w:rPr>
          <w:b/>
        </w:rPr>
      </w:pPr>
    </w:p>
    <w:p w14:paraId="09656E25" w14:textId="6BEA87EF" w:rsidR="00FB048F" w:rsidRDefault="00000000" w:rsidP="00910D0A">
      <w:pPr>
        <w:jc w:val="both"/>
      </w:pPr>
      <w:r>
        <w:rPr>
          <w:b/>
        </w:rPr>
        <w:t>ALLEGATI</w:t>
      </w:r>
    </w:p>
    <w:p w14:paraId="133F2A48" w14:textId="77777777" w:rsidR="00FB048F" w:rsidRDefault="00000000" w:rsidP="00910D0A">
      <w:pPr>
        <w:jc w:val="both"/>
      </w:pPr>
      <w:r>
        <w:t xml:space="preserve">☐ Curriculum vitae, </w:t>
      </w:r>
      <w:proofErr w:type="spellStart"/>
      <w:r>
        <w:t>datato</w:t>
      </w:r>
      <w:proofErr w:type="spellEnd"/>
      <w:r>
        <w:t xml:space="preserve"> e </w:t>
      </w:r>
      <w:proofErr w:type="spellStart"/>
      <w:r>
        <w:t>sottoscritto</w:t>
      </w:r>
      <w:proofErr w:type="spellEnd"/>
      <w:r>
        <w:t>;</w:t>
      </w:r>
    </w:p>
    <w:p w14:paraId="7945BF67" w14:textId="77777777" w:rsidR="00FB048F" w:rsidRDefault="00000000" w:rsidP="00910D0A">
      <w:pPr>
        <w:jc w:val="both"/>
      </w:pPr>
      <w:r>
        <w:t xml:space="preserve">☐ Copia di un </w:t>
      </w:r>
      <w:proofErr w:type="spellStart"/>
      <w:r>
        <w:t>documento</w:t>
      </w:r>
      <w:proofErr w:type="spellEnd"/>
      <w:r>
        <w:t xml:space="preserve"> di </w:t>
      </w:r>
      <w:proofErr w:type="spellStart"/>
      <w:r>
        <w:t>identità</w:t>
      </w:r>
      <w:proofErr w:type="spellEnd"/>
      <w:r>
        <w:t xml:space="preserve"> in </w:t>
      </w:r>
      <w:proofErr w:type="spellStart"/>
      <w:r>
        <w:t>corso</w:t>
      </w:r>
      <w:proofErr w:type="spellEnd"/>
      <w:r>
        <w:t xml:space="preserve"> di </w:t>
      </w:r>
      <w:proofErr w:type="spellStart"/>
      <w:r>
        <w:t>validità</w:t>
      </w:r>
      <w:proofErr w:type="spellEnd"/>
      <w:r>
        <w:t>;</w:t>
      </w:r>
    </w:p>
    <w:p w14:paraId="03CCDBEA" w14:textId="77777777" w:rsidR="00FB048F" w:rsidRDefault="00000000" w:rsidP="00910D0A">
      <w:pPr>
        <w:jc w:val="both"/>
      </w:pPr>
      <w:r>
        <w:t xml:space="preserve">☐ Per le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cittadine</w:t>
      </w:r>
      <w:proofErr w:type="spellEnd"/>
      <w:r>
        <w:t xml:space="preserve"> di </w:t>
      </w:r>
      <w:proofErr w:type="spellStart"/>
      <w:r>
        <w:t>Paesi</w:t>
      </w:r>
      <w:proofErr w:type="spellEnd"/>
      <w:r>
        <w:t xml:space="preserve"> non </w:t>
      </w:r>
      <w:proofErr w:type="spellStart"/>
      <w:r>
        <w:t>appartenenti</w:t>
      </w:r>
      <w:proofErr w:type="spellEnd"/>
      <w:r>
        <w:t xml:space="preserve"> </w:t>
      </w:r>
      <w:proofErr w:type="spellStart"/>
      <w:r>
        <w:t>all’Unione</w:t>
      </w:r>
      <w:proofErr w:type="spellEnd"/>
      <w:r>
        <w:t xml:space="preserve"> Europea: </w:t>
      </w:r>
      <w:proofErr w:type="spellStart"/>
      <w:r>
        <w:t>copia</w:t>
      </w:r>
      <w:proofErr w:type="spellEnd"/>
      <w:r>
        <w:t xml:space="preserve"> del </w:t>
      </w:r>
      <w:proofErr w:type="spellStart"/>
      <w:r>
        <w:t>permesso</w:t>
      </w:r>
      <w:proofErr w:type="spellEnd"/>
      <w:r>
        <w:t xml:space="preserve"> di </w:t>
      </w:r>
      <w:proofErr w:type="spellStart"/>
      <w:r>
        <w:t>soggiorno</w:t>
      </w:r>
      <w:proofErr w:type="spellEnd"/>
      <w:r>
        <w:t xml:space="preserve"> in </w:t>
      </w:r>
      <w:proofErr w:type="spellStart"/>
      <w:r>
        <w:t>corso</w:t>
      </w:r>
      <w:proofErr w:type="spellEnd"/>
      <w:r>
        <w:t xml:space="preserve"> di </w:t>
      </w:r>
      <w:proofErr w:type="spellStart"/>
      <w:r>
        <w:t>validità</w:t>
      </w:r>
      <w:proofErr w:type="spellEnd"/>
      <w:r>
        <w:t xml:space="preserve">, </w:t>
      </w:r>
      <w:proofErr w:type="spellStart"/>
      <w:r>
        <w:t>ove</w:t>
      </w:r>
      <w:proofErr w:type="spellEnd"/>
      <w:r>
        <w:t xml:space="preserve"> </w:t>
      </w:r>
      <w:proofErr w:type="spellStart"/>
      <w:r>
        <w:t>richiesto</w:t>
      </w:r>
      <w:proofErr w:type="spellEnd"/>
      <w:r>
        <w:t>;</w:t>
      </w:r>
    </w:p>
    <w:p w14:paraId="651D5F78" w14:textId="77777777" w:rsidR="00FB048F" w:rsidRDefault="00000000" w:rsidP="00910D0A">
      <w:pPr>
        <w:jc w:val="both"/>
      </w:pPr>
      <w:r>
        <w:t xml:space="preserve">☐ </w:t>
      </w:r>
      <w:proofErr w:type="spellStart"/>
      <w:r>
        <w:t>Eventuale</w:t>
      </w:r>
      <w:proofErr w:type="spellEnd"/>
      <w:r>
        <w:t xml:space="preserve"> </w:t>
      </w:r>
      <w:proofErr w:type="spellStart"/>
      <w:r>
        <w:t>ulteriore</w:t>
      </w:r>
      <w:proofErr w:type="spellEnd"/>
      <w:r>
        <w:t xml:space="preserve"> </w:t>
      </w:r>
      <w:proofErr w:type="spellStart"/>
      <w:r>
        <w:t>documentazione</w:t>
      </w:r>
      <w:proofErr w:type="spellEnd"/>
      <w:r>
        <w:t xml:space="preserve"> utile a </w:t>
      </w:r>
      <w:proofErr w:type="spellStart"/>
      <w:r>
        <w:t>comprovare</w:t>
      </w:r>
      <w:proofErr w:type="spellEnd"/>
      <w:r>
        <w:t xml:space="preserve"> </w:t>
      </w:r>
      <w:proofErr w:type="spellStart"/>
      <w:r>
        <w:t>titoli</w:t>
      </w:r>
      <w:proofErr w:type="spellEnd"/>
      <w:r>
        <w:t xml:space="preserve"> ed </w:t>
      </w:r>
      <w:proofErr w:type="spellStart"/>
      <w:r>
        <w:t>esperienze</w:t>
      </w:r>
      <w:proofErr w:type="spellEnd"/>
      <w:r>
        <w:t xml:space="preserve"> </w:t>
      </w:r>
      <w:proofErr w:type="spellStart"/>
      <w:r>
        <w:t>dichiarati</w:t>
      </w:r>
      <w:proofErr w:type="spellEnd"/>
      <w:r>
        <w:t>.</w:t>
      </w:r>
    </w:p>
    <w:p w14:paraId="60DED4B2" w14:textId="77777777" w:rsidR="0016117A" w:rsidRDefault="0016117A" w:rsidP="003F5AF0">
      <w:pPr>
        <w:pStyle w:val="Paragrafoelenco"/>
        <w:ind w:left="142"/>
        <w:jc w:val="center"/>
        <w:rPr>
          <w:rFonts w:cs="Arial"/>
          <w:b/>
          <w:sz w:val="22"/>
          <w:u w:val="single"/>
        </w:rPr>
      </w:pPr>
    </w:p>
    <w:p w14:paraId="2024405E" w14:textId="1442C727" w:rsidR="003F5AF0" w:rsidRPr="00960CD8" w:rsidRDefault="003F5AF0" w:rsidP="003F5AF0">
      <w:pPr>
        <w:pStyle w:val="Paragrafoelenco"/>
        <w:ind w:left="142"/>
        <w:jc w:val="center"/>
        <w:rPr>
          <w:rFonts w:cs="Arial"/>
          <w:b/>
          <w:sz w:val="22"/>
          <w:u w:val="single"/>
        </w:rPr>
      </w:pPr>
      <w:proofErr w:type="spellStart"/>
      <w:r w:rsidRPr="00960CD8">
        <w:rPr>
          <w:rFonts w:cs="Arial"/>
          <w:b/>
          <w:sz w:val="22"/>
          <w:u w:val="single"/>
        </w:rPr>
        <w:t>Informativa</w:t>
      </w:r>
      <w:proofErr w:type="spellEnd"/>
      <w:r w:rsidRPr="00960CD8">
        <w:rPr>
          <w:rFonts w:cs="Arial"/>
          <w:b/>
          <w:sz w:val="22"/>
          <w:u w:val="single"/>
        </w:rPr>
        <w:t xml:space="preserve"> al </w:t>
      </w:r>
      <w:proofErr w:type="spellStart"/>
      <w:r w:rsidRPr="00960CD8">
        <w:rPr>
          <w:rFonts w:cs="Arial"/>
          <w:b/>
          <w:sz w:val="22"/>
          <w:u w:val="single"/>
        </w:rPr>
        <w:t>trattamento</w:t>
      </w:r>
      <w:proofErr w:type="spellEnd"/>
      <w:r w:rsidRPr="00960CD8">
        <w:rPr>
          <w:rFonts w:cs="Arial"/>
          <w:b/>
          <w:sz w:val="22"/>
          <w:u w:val="single"/>
        </w:rPr>
        <w:t xml:space="preserve"> </w:t>
      </w:r>
      <w:proofErr w:type="spellStart"/>
      <w:r w:rsidRPr="00960CD8">
        <w:rPr>
          <w:rFonts w:cs="Arial"/>
          <w:b/>
          <w:sz w:val="22"/>
          <w:u w:val="single"/>
        </w:rPr>
        <w:t>dei</w:t>
      </w:r>
      <w:proofErr w:type="spellEnd"/>
      <w:r w:rsidRPr="00960CD8">
        <w:rPr>
          <w:rFonts w:cs="Arial"/>
          <w:b/>
          <w:sz w:val="22"/>
          <w:u w:val="single"/>
        </w:rPr>
        <w:t xml:space="preserve"> </w:t>
      </w:r>
      <w:proofErr w:type="spellStart"/>
      <w:r w:rsidRPr="00960CD8">
        <w:rPr>
          <w:rFonts w:cs="Arial"/>
          <w:b/>
          <w:sz w:val="22"/>
          <w:u w:val="single"/>
        </w:rPr>
        <w:t>dati</w:t>
      </w:r>
      <w:proofErr w:type="spellEnd"/>
      <w:r w:rsidRPr="00960CD8">
        <w:rPr>
          <w:rFonts w:cs="Arial"/>
          <w:b/>
          <w:sz w:val="22"/>
          <w:u w:val="single"/>
        </w:rPr>
        <w:t xml:space="preserve"> </w:t>
      </w:r>
      <w:proofErr w:type="spellStart"/>
      <w:r w:rsidRPr="00960CD8">
        <w:rPr>
          <w:rFonts w:cs="Arial"/>
          <w:b/>
          <w:sz w:val="22"/>
          <w:u w:val="single"/>
        </w:rPr>
        <w:t>personali</w:t>
      </w:r>
      <w:proofErr w:type="spellEnd"/>
    </w:p>
    <w:p w14:paraId="64AC858F" w14:textId="69B9714A" w:rsidR="00233AB5" w:rsidRDefault="003F5AF0" w:rsidP="00233AB5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33AB5">
        <w:rPr>
          <w:rFonts w:ascii="Arial" w:hAnsi="Arial" w:cs="Arial"/>
          <w:sz w:val="22"/>
          <w:szCs w:val="22"/>
        </w:rPr>
        <w:t xml:space="preserve">La presente informativa è destinata a tutti i candidati </w:t>
      </w:r>
      <w:r w:rsidR="00960CD8" w:rsidRPr="00233AB5">
        <w:rPr>
          <w:rFonts w:ascii="Arial" w:hAnsi="Arial" w:cs="Arial"/>
          <w:sz w:val="22"/>
          <w:szCs w:val="22"/>
        </w:rPr>
        <w:t>(di seguito “Candidato”</w:t>
      </w:r>
      <w:r w:rsidR="00233AB5">
        <w:rPr>
          <w:rFonts w:ascii="Arial" w:hAnsi="Arial" w:cs="Arial"/>
          <w:sz w:val="22"/>
          <w:szCs w:val="22"/>
        </w:rPr>
        <w:t xml:space="preserve">) </w:t>
      </w:r>
      <w:r w:rsidRPr="00233AB5">
        <w:rPr>
          <w:rFonts w:ascii="Arial" w:hAnsi="Arial" w:cs="Arial"/>
          <w:sz w:val="22"/>
          <w:szCs w:val="22"/>
        </w:rPr>
        <w:t xml:space="preserve">che compilano la presente </w:t>
      </w:r>
      <w:r w:rsidRPr="00233AB5">
        <w:rPr>
          <w:rFonts w:ascii="Arial" w:hAnsi="Arial" w:cs="Arial"/>
          <w:b/>
          <w:sz w:val="22"/>
          <w:szCs w:val="22"/>
        </w:rPr>
        <w:t>DOMANDA DI INSERIMENTO NELLA LONG LIST</w:t>
      </w:r>
      <w:r w:rsidRPr="00233AB5">
        <w:rPr>
          <w:rFonts w:ascii="Arial" w:hAnsi="Arial" w:cs="Arial"/>
          <w:sz w:val="22"/>
          <w:szCs w:val="22"/>
        </w:rPr>
        <w:t xml:space="preserve"> </w:t>
      </w:r>
      <w:r w:rsidRPr="00233AB5">
        <w:rPr>
          <w:rFonts w:ascii="Arial" w:hAnsi="Arial" w:cs="Arial"/>
          <w:b/>
          <w:sz w:val="22"/>
          <w:szCs w:val="22"/>
        </w:rPr>
        <w:t xml:space="preserve">DI DOCENTI Programma GOL </w:t>
      </w:r>
      <w:r w:rsidRPr="00233AB5">
        <w:rPr>
          <w:rFonts w:ascii="Arial" w:hAnsi="Arial" w:cs="Arial"/>
          <w:i/>
          <w:sz w:val="22"/>
          <w:szCs w:val="22"/>
        </w:rPr>
        <w:t xml:space="preserve">Garanzia di Occupabilità dei Lavoratori, </w:t>
      </w:r>
      <w:r w:rsidRPr="00233AB5">
        <w:rPr>
          <w:rFonts w:ascii="Arial" w:hAnsi="Arial" w:cs="Arial"/>
          <w:sz w:val="22"/>
          <w:szCs w:val="22"/>
        </w:rPr>
        <w:t>rilasciandone la propria candidatura.</w:t>
      </w:r>
      <w:r w:rsidR="00960CD8" w:rsidRPr="00233AB5">
        <w:rPr>
          <w:rFonts w:ascii="Arial" w:hAnsi="Arial" w:cs="Arial"/>
          <w:sz w:val="22"/>
          <w:szCs w:val="22"/>
        </w:rPr>
        <w:t xml:space="preserve"> L</w:t>
      </w:r>
      <w:r w:rsidRPr="00233AB5">
        <w:rPr>
          <w:rFonts w:ascii="Arial" w:hAnsi="Arial" w:cs="Arial"/>
          <w:sz w:val="22"/>
          <w:szCs w:val="22"/>
        </w:rPr>
        <w:t xml:space="preserve">a On the Road Società Cooperativa Sociale, con sede legale in San Benedetto del Tronto (AP) – C.da San Giovanni n.2, in qualità di Titolare del trattamento dei dati personali, conformemente alle disposizioni stabilite dall’Art. 13 del Regolamento UE 2016/679(GDPR), informa pertanto il Candidato che i </w:t>
      </w:r>
      <w:r w:rsidR="00233AB5">
        <w:rPr>
          <w:rFonts w:ascii="Arial" w:hAnsi="Arial" w:cs="Arial"/>
          <w:sz w:val="22"/>
          <w:szCs w:val="22"/>
        </w:rPr>
        <w:t xml:space="preserve">propri </w:t>
      </w:r>
      <w:r w:rsidRPr="00233AB5">
        <w:rPr>
          <w:rFonts w:ascii="Arial" w:hAnsi="Arial" w:cs="Arial"/>
          <w:sz w:val="22"/>
          <w:szCs w:val="22"/>
        </w:rPr>
        <w:t xml:space="preserve">dati </w:t>
      </w:r>
      <w:r w:rsidR="00960CD8" w:rsidRPr="00233AB5">
        <w:rPr>
          <w:rFonts w:ascii="Arial" w:hAnsi="Arial" w:cs="Arial"/>
          <w:sz w:val="22"/>
          <w:szCs w:val="22"/>
        </w:rPr>
        <w:t xml:space="preserve">identificativi </w:t>
      </w:r>
      <w:r w:rsidRPr="00233AB5">
        <w:rPr>
          <w:rFonts w:ascii="Arial" w:hAnsi="Arial" w:cs="Arial"/>
          <w:sz w:val="22"/>
          <w:szCs w:val="22"/>
        </w:rPr>
        <w:t xml:space="preserve">raccolti </w:t>
      </w:r>
      <w:r w:rsidR="00960CD8" w:rsidRPr="00233AB5">
        <w:rPr>
          <w:rFonts w:ascii="Arial" w:hAnsi="Arial" w:cs="Arial"/>
          <w:sz w:val="22"/>
          <w:szCs w:val="22"/>
        </w:rPr>
        <w:t xml:space="preserve">nella presente domanda </w:t>
      </w:r>
      <w:r w:rsidRPr="00233AB5">
        <w:rPr>
          <w:rFonts w:ascii="Arial" w:hAnsi="Arial" w:cs="Arial"/>
          <w:sz w:val="22"/>
          <w:szCs w:val="22"/>
        </w:rPr>
        <w:t xml:space="preserve">sono adeguati, pertinenti, esatti, aggiornati e trattati in modo lecito, corretto e trasparente mediante strumenti elettronici e non, da persone, fisiche e/o giuridiche, formalmente autorizzate ed istruite dal Titolare al trattamento dei Dati Personali che si </w:t>
      </w:r>
      <w:r w:rsidR="00B126CD">
        <w:rPr>
          <w:rFonts w:ascii="Arial" w:hAnsi="Arial" w:cs="Arial"/>
          <w:sz w:val="22"/>
          <w:szCs w:val="22"/>
        </w:rPr>
        <w:t>sono</w:t>
      </w:r>
      <w:r w:rsidRPr="00233AB5">
        <w:rPr>
          <w:rFonts w:ascii="Arial" w:hAnsi="Arial" w:cs="Arial"/>
          <w:sz w:val="22"/>
          <w:szCs w:val="22"/>
        </w:rPr>
        <w:t xml:space="preserve"> impegnate alla riservatezza o </w:t>
      </w:r>
      <w:r w:rsidR="00BE2374">
        <w:rPr>
          <w:rFonts w:ascii="Arial" w:hAnsi="Arial" w:cs="Arial"/>
          <w:sz w:val="22"/>
          <w:szCs w:val="22"/>
        </w:rPr>
        <w:t>hanno</w:t>
      </w:r>
      <w:r w:rsidRPr="00233AB5">
        <w:rPr>
          <w:rFonts w:ascii="Arial" w:hAnsi="Arial" w:cs="Arial"/>
          <w:sz w:val="22"/>
          <w:szCs w:val="22"/>
        </w:rPr>
        <w:t xml:space="preserve"> un adeguato obbligo legale di riservatezza. I dati conferiti dal Candidato verranno trattati per le attività di ricerca</w:t>
      </w:r>
      <w:r w:rsidR="00DA109D" w:rsidRPr="00233AB5">
        <w:rPr>
          <w:rFonts w:ascii="Arial" w:hAnsi="Arial" w:cs="Arial"/>
          <w:sz w:val="22"/>
          <w:szCs w:val="22"/>
        </w:rPr>
        <w:t>,</w:t>
      </w:r>
      <w:r w:rsidRPr="00233AB5">
        <w:rPr>
          <w:rFonts w:ascii="Arial" w:hAnsi="Arial" w:cs="Arial"/>
          <w:sz w:val="22"/>
          <w:szCs w:val="22"/>
        </w:rPr>
        <w:t xml:space="preserve"> selezione </w:t>
      </w:r>
      <w:r w:rsidR="00233AB5">
        <w:rPr>
          <w:rFonts w:ascii="Arial" w:hAnsi="Arial" w:cs="Arial"/>
          <w:sz w:val="22"/>
          <w:szCs w:val="22"/>
        </w:rPr>
        <w:t xml:space="preserve">e gestione </w:t>
      </w:r>
      <w:r w:rsidRPr="00233AB5">
        <w:rPr>
          <w:rFonts w:ascii="Arial" w:hAnsi="Arial" w:cs="Arial"/>
          <w:sz w:val="22"/>
          <w:szCs w:val="22"/>
        </w:rPr>
        <w:t>del personale</w:t>
      </w:r>
      <w:r w:rsidR="00DA109D" w:rsidRPr="00233AB5">
        <w:rPr>
          <w:rFonts w:ascii="Arial" w:hAnsi="Arial" w:cs="Arial"/>
          <w:sz w:val="22"/>
          <w:szCs w:val="22"/>
        </w:rPr>
        <w:t xml:space="preserve"> </w:t>
      </w:r>
      <w:r w:rsidR="00233AB5" w:rsidRPr="00233AB5">
        <w:rPr>
          <w:rFonts w:ascii="Arial" w:hAnsi="Arial" w:cs="Arial"/>
          <w:sz w:val="22"/>
          <w:szCs w:val="22"/>
        </w:rPr>
        <w:t>nonché per l’</w:t>
      </w:r>
      <w:r w:rsidR="00DA109D" w:rsidRPr="00233AB5">
        <w:rPr>
          <w:rFonts w:ascii="Arial" w:hAnsi="Arial" w:cs="Arial"/>
          <w:sz w:val="22"/>
          <w:szCs w:val="22"/>
        </w:rPr>
        <w:t>eventuale affidamento di incarichi professionali.</w:t>
      </w:r>
      <w:r w:rsidR="00DA109D" w:rsidRPr="00233AB5">
        <w:rPr>
          <w:rFonts w:ascii="Arial" w:hAnsi="Arial" w:cs="Arial"/>
          <w:color w:val="000000"/>
          <w:sz w:val="22"/>
          <w:szCs w:val="22"/>
        </w:rPr>
        <w:t xml:space="preserve"> </w:t>
      </w:r>
      <w:r w:rsidR="00233AB5" w:rsidRPr="00233AB5">
        <w:rPr>
          <w:rFonts w:ascii="Arial" w:hAnsi="Arial" w:cs="Arial"/>
          <w:sz w:val="22"/>
          <w:szCs w:val="22"/>
        </w:rPr>
        <w:t>La base legale del trattamento di dati Personali è rinvenibile, ai sensi dell’Art 6.1.b del GDPR, nella necessità di eseguire misure precontrattuali adottate su richiesta del Candidato.</w:t>
      </w:r>
      <w:r w:rsidR="00233AB5">
        <w:rPr>
          <w:rFonts w:ascii="Arial" w:hAnsi="Arial" w:cs="Arial"/>
          <w:sz w:val="22"/>
          <w:szCs w:val="22"/>
        </w:rPr>
        <w:t xml:space="preserve"> </w:t>
      </w:r>
      <w:r w:rsidR="00DA109D" w:rsidRPr="00233AB5">
        <w:rPr>
          <w:rFonts w:ascii="Arial" w:hAnsi="Arial" w:cs="Arial"/>
          <w:color w:val="000000"/>
          <w:sz w:val="22"/>
          <w:szCs w:val="22"/>
        </w:rPr>
        <w:t>I dati vengono raccolti anche per l’</w:t>
      </w:r>
      <w:r w:rsidR="00233AB5" w:rsidRPr="00233AB5">
        <w:rPr>
          <w:rFonts w:ascii="Arial" w:hAnsi="Arial" w:cs="Arial"/>
          <w:color w:val="000000"/>
          <w:sz w:val="22"/>
          <w:szCs w:val="22"/>
        </w:rPr>
        <w:t>espletamento</w:t>
      </w:r>
      <w:r w:rsidR="00DA109D" w:rsidRPr="00233AB5">
        <w:rPr>
          <w:rFonts w:ascii="Arial" w:hAnsi="Arial" w:cs="Arial"/>
          <w:color w:val="000000"/>
          <w:sz w:val="22"/>
          <w:szCs w:val="22"/>
        </w:rPr>
        <w:t xml:space="preserve"> di obblighi di legge che gravano sul Titolare del trattamento ai sensi dell’Art.6.1</w:t>
      </w:r>
      <w:r w:rsidR="00233AB5" w:rsidRPr="00233AB5">
        <w:rPr>
          <w:rFonts w:ascii="Arial" w:hAnsi="Arial" w:cs="Arial"/>
          <w:color w:val="000000"/>
          <w:sz w:val="22"/>
          <w:szCs w:val="22"/>
        </w:rPr>
        <w:t>.c.del GDPR.</w:t>
      </w:r>
      <w:r w:rsidRPr="00233AB5">
        <w:rPr>
          <w:rFonts w:ascii="Arial" w:hAnsi="Arial" w:cs="Arial"/>
          <w:sz w:val="22"/>
          <w:szCs w:val="22"/>
        </w:rPr>
        <w:t xml:space="preserve"> Il conferimento dei dati Personali è facoltativo ma la mancata acquisizione potrebbe rendere impossibile la candidatura. I dati potranno altresì essere utilizzati, in forma anonima ed aggregata, per scopi statistici</w:t>
      </w:r>
      <w:r w:rsidR="00233AB5">
        <w:rPr>
          <w:rFonts w:ascii="Arial" w:hAnsi="Arial" w:cs="Arial"/>
          <w:sz w:val="22"/>
          <w:szCs w:val="22"/>
        </w:rPr>
        <w:t xml:space="preserve">. </w:t>
      </w:r>
    </w:p>
    <w:p w14:paraId="0CBA977D" w14:textId="1DB28532" w:rsidR="003F5AF0" w:rsidRPr="00233AB5" w:rsidRDefault="003F5AF0" w:rsidP="00233AB5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33AB5">
        <w:rPr>
          <w:rFonts w:ascii="Arial" w:hAnsi="Arial" w:cs="Arial"/>
          <w:sz w:val="22"/>
          <w:szCs w:val="22"/>
        </w:rPr>
        <w:t>I dati Personali potranno essere condivisi con:</w:t>
      </w:r>
    </w:p>
    <w:p w14:paraId="6D5255B9" w14:textId="77777777" w:rsidR="003F5AF0" w:rsidRPr="00233AB5" w:rsidRDefault="003F5AF0" w:rsidP="003F5AF0">
      <w:pPr>
        <w:pStyle w:val="Paragrafoelenco"/>
        <w:ind w:left="142"/>
        <w:jc w:val="both"/>
        <w:rPr>
          <w:rFonts w:cs="Arial"/>
          <w:sz w:val="22"/>
        </w:rPr>
      </w:pPr>
      <w:r w:rsidRPr="00233AB5">
        <w:rPr>
          <w:rFonts w:cs="Arial"/>
          <w:sz w:val="22"/>
        </w:rPr>
        <w:t xml:space="preserve">a. </w:t>
      </w:r>
      <w:proofErr w:type="spellStart"/>
      <w:r w:rsidRPr="00233AB5">
        <w:rPr>
          <w:rFonts w:cs="Arial"/>
          <w:sz w:val="22"/>
        </w:rPr>
        <w:t>soggetti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necessari</w:t>
      </w:r>
      <w:proofErr w:type="spellEnd"/>
      <w:r w:rsidRPr="00233AB5">
        <w:rPr>
          <w:rFonts w:cs="Arial"/>
          <w:sz w:val="22"/>
        </w:rPr>
        <w:t xml:space="preserve"> per </w:t>
      </w:r>
      <w:proofErr w:type="spellStart"/>
      <w:r w:rsidRPr="00233AB5">
        <w:rPr>
          <w:rFonts w:cs="Arial"/>
          <w:sz w:val="22"/>
        </w:rPr>
        <w:t>l’attività</w:t>
      </w:r>
      <w:proofErr w:type="spellEnd"/>
      <w:r w:rsidRPr="00233AB5">
        <w:rPr>
          <w:rFonts w:cs="Arial"/>
          <w:sz w:val="22"/>
        </w:rPr>
        <w:t xml:space="preserve"> di </w:t>
      </w:r>
      <w:proofErr w:type="spellStart"/>
      <w:r w:rsidRPr="00233AB5">
        <w:rPr>
          <w:rFonts w:cs="Arial"/>
          <w:sz w:val="22"/>
        </w:rPr>
        <w:t>ricerca</w:t>
      </w:r>
      <w:proofErr w:type="spellEnd"/>
      <w:r w:rsidRPr="00233AB5">
        <w:rPr>
          <w:rFonts w:cs="Arial"/>
          <w:sz w:val="22"/>
        </w:rPr>
        <w:t xml:space="preserve"> e di </w:t>
      </w:r>
      <w:proofErr w:type="spellStart"/>
      <w:r w:rsidRPr="00233AB5">
        <w:rPr>
          <w:rFonts w:cs="Arial"/>
          <w:sz w:val="22"/>
        </w:rPr>
        <w:t>selezione</w:t>
      </w:r>
      <w:proofErr w:type="spellEnd"/>
      <w:r w:rsidRPr="00233AB5">
        <w:rPr>
          <w:rFonts w:cs="Arial"/>
          <w:sz w:val="22"/>
        </w:rPr>
        <w:t xml:space="preserve"> del </w:t>
      </w:r>
      <w:proofErr w:type="spellStart"/>
      <w:r w:rsidRPr="00233AB5">
        <w:rPr>
          <w:rFonts w:cs="Arial"/>
          <w:sz w:val="22"/>
        </w:rPr>
        <w:t>personale</w:t>
      </w:r>
      <w:proofErr w:type="spellEnd"/>
      <w:r w:rsidRPr="00233AB5">
        <w:rPr>
          <w:rFonts w:cs="Arial"/>
          <w:sz w:val="22"/>
        </w:rPr>
        <w:t>;</w:t>
      </w:r>
    </w:p>
    <w:p w14:paraId="0AAF86B5" w14:textId="77777777" w:rsidR="003F5AF0" w:rsidRPr="00233AB5" w:rsidRDefault="003F5AF0" w:rsidP="003F5AF0">
      <w:pPr>
        <w:pStyle w:val="Paragrafoelenco"/>
        <w:ind w:left="142"/>
        <w:jc w:val="both"/>
        <w:rPr>
          <w:rFonts w:cs="Arial"/>
          <w:sz w:val="22"/>
        </w:rPr>
      </w:pPr>
      <w:r w:rsidRPr="00233AB5">
        <w:rPr>
          <w:rFonts w:cs="Arial"/>
          <w:sz w:val="22"/>
        </w:rPr>
        <w:t xml:space="preserve">b. </w:t>
      </w:r>
      <w:proofErr w:type="spellStart"/>
      <w:r w:rsidRPr="00233AB5">
        <w:rPr>
          <w:rFonts w:cs="Arial"/>
          <w:sz w:val="22"/>
        </w:rPr>
        <w:t>persone</w:t>
      </w:r>
      <w:proofErr w:type="spellEnd"/>
      <w:r w:rsidRPr="00233AB5">
        <w:rPr>
          <w:rFonts w:cs="Arial"/>
          <w:sz w:val="22"/>
        </w:rPr>
        <w:t xml:space="preserve">, </w:t>
      </w:r>
      <w:proofErr w:type="spellStart"/>
      <w:r w:rsidRPr="00233AB5">
        <w:rPr>
          <w:rFonts w:cs="Arial"/>
          <w:sz w:val="22"/>
        </w:rPr>
        <w:t>fisiche</w:t>
      </w:r>
      <w:proofErr w:type="spellEnd"/>
      <w:r w:rsidRPr="00233AB5">
        <w:rPr>
          <w:rFonts w:cs="Arial"/>
          <w:sz w:val="22"/>
        </w:rPr>
        <w:t xml:space="preserve"> e/o </w:t>
      </w:r>
      <w:proofErr w:type="spellStart"/>
      <w:r w:rsidRPr="00233AB5">
        <w:rPr>
          <w:rFonts w:cs="Arial"/>
          <w:sz w:val="22"/>
        </w:rPr>
        <w:t>giuridiche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autorizzate</w:t>
      </w:r>
      <w:proofErr w:type="spellEnd"/>
      <w:r w:rsidRPr="00233AB5">
        <w:rPr>
          <w:rFonts w:cs="Arial"/>
          <w:sz w:val="22"/>
        </w:rPr>
        <w:t xml:space="preserve"> dal </w:t>
      </w:r>
      <w:proofErr w:type="spellStart"/>
      <w:r w:rsidRPr="00233AB5">
        <w:rPr>
          <w:rFonts w:cs="Arial"/>
          <w:sz w:val="22"/>
        </w:rPr>
        <w:t>Titolare</w:t>
      </w:r>
      <w:proofErr w:type="spellEnd"/>
      <w:r w:rsidRPr="00233AB5">
        <w:rPr>
          <w:rFonts w:cs="Arial"/>
          <w:sz w:val="22"/>
        </w:rPr>
        <w:t xml:space="preserve"> al </w:t>
      </w:r>
      <w:proofErr w:type="spellStart"/>
      <w:r w:rsidRPr="00233AB5">
        <w:rPr>
          <w:rFonts w:cs="Arial"/>
          <w:sz w:val="22"/>
        </w:rPr>
        <w:t>trattamento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dei</w:t>
      </w:r>
      <w:proofErr w:type="spellEnd"/>
      <w:r w:rsidRPr="00233AB5">
        <w:rPr>
          <w:rFonts w:cs="Arial"/>
          <w:sz w:val="22"/>
        </w:rPr>
        <w:t xml:space="preserve"> Dati </w:t>
      </w:r>
      <w:proofErr w:type="spellStart"/>
      <w:r w:rsidRPr="00233AB5">
        <w:rPr>
          <w:rFonts w:cs="Arial"/>
          <w:sz w:val="22"/>
        </w:rPr>
        <w:t>Personali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che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si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siano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impegnate</w:t>
      </w:r>
      <w:proofErr w:type="spellEnd"/>
      <w:r w:rsidRPr="00233AB5">
        <w:rPr>
          <w:rFonts w:cs="Arial"/>
          <w:sz w:val="22"/>
        </w:rPr>
        <w:t xml:space="preserve"> alla </w:t>
      </w:r>
      <w:proofErr w:type="spellStart"/>
      <w:r w:rsidRPr="00233AB5">
        <w:rPr>
          <w:rFonts w:cs="Arial"/>
          <w:sz w:val="22"/>
        </w:rPr>
        <w:t>riservatezza</w:t>
      </w:r>
      <w:proofErr w:type="spellEnd"/>
      <w:r w:rsidRPr="00233AB5">
        <w:rPr>
          <w:rFonts w:cs="Arial"/>
          <w:sz w:val="22"/>
        </w:rPr>
        <w:t xml:space="preserve"> o </w:t>
      </w:r>
      <w:proofErr w:type="spellStart"/>
      <w:r w:rsidRPr="00233AB5">
        <w:rPr>
          <w:rFonts w:cs="Arial"/>
          <w:sz w:val="22"/>
        </w:rPr>
        <w:t>abbiano</w:t>
      </w:r>
      <w:proofErr w:type="spellEnd"/>
      <w:r w:rsidRPr="00233AB5">
        <w:rPr>
          <w:rFonts w:cs="Arial"/>
          <w:sz w:val="22"/>
        </w:rPr>
        <w:t xml:space="preserve"> un </w:t>
      </w:r>
      <w:proofErr w:type="spellStart"/>
      <w:r w:rsidRPr="00233AB5">
        <w:rPr>
          <w:rFonts w:cs="Arial"/>
          <w:sz w:val="22"/>
        </w:rPr>
        <w:t>adeguato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obbligo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legale</w:t>
      </w:r>
      <w:proofErr w:type="spellEnd"/>
      <w:r w:rsidRPr="00233AB5">
        <w:rPr>
          <w:rFonts w:cs="Arial"/>
          <w:sz w:val="22"/>
        </w:rPr>
        <w:t xml:space="preserve"> di </w:t>
      </w:r>
      <w:proofErr w:type="spellStart"/>
      <w:r w:rsidRPr="00233AB5">
        <w:rPr>
          <w:rFonts w:cs="Arial"/>
          <w:sz w:val="22"/>
        </w:rPr>
        <w:t>riservatezza</w:t>
      </w:r>
      <w:proofErr w:type="spellEnd"/>
      <w:r w:rsidRPr="00233AB5">
        <w:rPr>
          <w:rFonts w:cs="Arial"/>
          <w:sz w:val="22"/>
        </w:rPr>
        <w:t xml:space="preserve"> (es. </w:t>
      </w:r>
      <w:proofErr w:type="spellStart"/>
      <w:r w:rsidRPr="00233AB5">
        <w:rPr>
          <w:rFonts w:cs="Arial"/>
          <w:sz w:val="22"/>
        </w:rPr>
        <w:t>dipendenti</w:t>
      </w:r>
      <w:proofErr w:type="spellEnd"/>
      <w:r w:rsidRPr="00233AB5">
        <w:rPr>
          <w:rFonts w:cs="Arial"/>
          <w:sz w:val="22"/>
        </w:rPr>
        <w:t xml:space="preserve">, </w:t>
      </w:r>
      <w:proofErr w:type="spellStart"/>
      <w:r w:rsidRPr="00233AB5">
        <w:rPr>
          <w:rFonts w:cs="Arial"/>
          <w:sz w:val="22"/>
        </w:rPr>
        <w:t>collaboratori</w:t>
      </w:r>
      <w:proofErr w:type="spellEnd"/>
      <w:r w:rsidRPr="00233AB5">
        <w:rPr>
          <w:rFonts w:cs="Arial"/>
          <w:sz w:val="22"/>
        </w:rPr>
        <w:t xml:space="preserve">, </w:t>
      </w:r>
      <w:proofErr w:type="spellStart"/>
      <w:r w:rsidRPr="00233AB5">
        <w:rPr>
          <w:rFonts w:cs="Arial"/>
          <w:sz w:val="22"/>
        </w:rPr>
        <w:t>ecc</w:t>
      </w:r>
      <w:proofErr w:type="spellEnd"/>
      <w:r w:rsidRPr="00233AB5">
        <w:rPr>
          <w:rFonts w:cs="Arial"/>
          <w:sz w:val="22"/>
        </w:rPr>
        <w:t xml:space="preserve">.); </w:t>
      </w:r>
    </w:p>
    <w:p w14:paraId="0ACF81D5" w14:textId="77777777" w:rsidR="003F5AF0" w:rsidRPr="00233AB5" w:rsidRDefault="003F5AF0" w:rsidP="003F5AF0">
      <w:pPr>
        <w:pStyle w:val="Paragrafoelenco"/>
        <w:ind w:left="142"/>
        <w:jc w:val="both"/>
        <w:rPr>
          <w:rFonts w:cs="Arial"/>
          <w:sz w:val="22"/>
        </w:rPr>
      </w:pPr>
      <w:r w:rsidRPr="00233AB5">
        <w:rPr>
          <w:rFonts w:cs="Arial"/>
          <w:sz w:val="22"/>
        </w:rPr>
        <w:t xml:space="preserve">c. </w:t>
      </w:r>
      <w:proofErr w:type="spellStart"/>
      <w:r w:rsidRPr="00233AB5">
        <w:rPr>
          <w:rFonts w:cs="Arial"/>
          <w:sz w:val="22"/>
        </w:rPr>
        <w:t>autorità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giurisdizionali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nell’esercizio</w:t>
      </w:r>
      <w:proofErr w:type="spellEnd"/>
      <w:r w:rsidRPr="00233AB5">
        <w:rPr>
          <w:rFonts w:cs="Arial"/>
          <w:sz w:val="22"/>
        </w:rPr>
        <w:t xml:space="preserve"> delle loro </w:t>
      </w:r>
      <w:proofErr w:type="spellStart"/>
      <w:r w:rsidRPr="00233AB5">
        <w:rPr>
          <w:rFonts w:cs="Arial"/>
          <w:sz w:val="22"/>
        </w:rPr>
        <w:t>funzioni</w:t>
      </w:r>
      <w:proofErr w:type="spellEnd"/>
      <w:r w:rsidRPr="00233AB5">
        <w:rPr>
          <w:rFonts w:cs="Arial"/>
          <w:sz w:val="22"/>
        </w:rPr>
        <w:t>. </w:t>
      </w:r>
    </w:p>
    <w:p w14:paraId="55B48512" w14:textId="2F66C79F" w:rsidR="003F5AF0" w:rsidRPr="00233AB5" w:rsidRDefault="003F5AF0" w:rsidP="003F5AF0">
      <w:pPr>
        <w:pStyle w:val="Paragrafoelenco"/>
        <w:ind w:left="142"/>
        <w:jc w:val="both"/>
        <w:rPr>
          <w:rFonts w:cs="Arial"/>
          <w:sz w:val="22"/>
        </w:rPr>
      </w:pPr>
      <w:r w:rsidRPr="00233AB5">
        <w:rPr>
          <w:rFonts w:cs="Arial"/>
          <w:sz w:val="22"/>
        </w:rPr>
        <w:t xml:space="preserve">I </w:t>
      </w:r>
      <w:proofErr w:type="spellStart"/>
      <w:r w:rsidRPr="00233AB5">
        <w:rPr>
          <w:rFonts w:cs="Arial"/>
          <w:sz w:val="22"/>
        </w:rPr>
        <w:t>dati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Personali</w:t>
      </w:r>
      <w:proofErr w:type="spellEnd"/>
      <w:r w:rsidRPr="00233AB5">
        <w:rPr>
          <w:rFonts w:cs="Arial"/>
          <w:sz w:val="22"/>
        </w:rPr>
        <w:t xml:space="preserve"> non </w:t>
      </w:r>
      <w:proofErr w:type="spellStart"/>
      <w:r w:rsidRPr="00233AB5">
        <w:rPr>
          <w:rFonts w:cs="Arial"/>
          <w:sz w:val="22"/>
        </w:rPr>
        <w:t>saranno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trasferiti</w:t>
      </w:r>
      <w:proofErr w:type="spellEnd"/>
      <w:r w:rsidRPr="00233AB5">
        <w:rPr>
          <w:rFonts w:cs="Arial"/>
          <w:sz w:val="22"/>
        </w:rPr>
        <w:t xml:space="preserve"> a </w:t>
      </w:r>
      <w:proofErr w:type="spellStart"/>
      <w:r w:rsidRPr="00233AB5">
        <w:rPr>
          <w:rFonts w:cs="Arial"/>
          <w:sz w:val="22"/>
        </w:rPr>
        <w:t>Soggetti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posti</w:t>
      </w:r>
      <w:proofErr w:type="spellEnd"/>
      <w:r w:rsidRPr="00233AB5">
        <w:rPr>
          <w:rFonts w:cs="Arial"/>
          <w:sz w:val="22"/>
        </w:rPr>
        <w:t xml:space="preserve"> al di </w:t>
      </w:r>
      <w:proofErr w:type="spellStart"/>
      <w:r w:rsidRPr="00233AB5">
        <w:rPr>
          <w:rFonts w:cs="Arial"/>
          <w:sz w:val="22"/>
        </w:rPr>
        <w:t>fuori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dello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Spazio</w:t>
      </w:r>
      <w:proofErr w:type="spellEnd"/>
      <w:r w:rsidRPr="00233AB5">
        <w:rPr>
          <w:rFonts w:cs="Arial"/>
          <w:sz w:val="22"/>
        </w:rPr>
        <w:t xml:space="preserve"> Economico Europeo. Essi </w:t>
      </w:r>
      <w:proofErr w:type="spellStart"/>
      <w:r w:rsidRPr="00233AB5">
        <w:rPr>
          <w:rFonts w:cs="Arial"/>
          <w:sz w:val="22"/>
        </w:rPr>
        <w:t>saranno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trattati</w:t>
      </w:r>
      <w:proofErr w:type="spellEnd"/>
      <w:r w:rsidRPr="00233AB5">
        <w:rPr>
          <w:rFonts w:cs="Arial"/>
          <w:sz w:val="22"/>
        </w:rPr>
        <w:t xml:space="preserve"> per il tempo </w:t>
      </w:r>
      <w:proofErr w:type="spellStart"/>
      <w:r w:rsidRPr="00233AB5">
        <w:rPr>
          <w:rFonts w:cs="Arial"/>
          <w:sz w:val="22"/>
        </w:rPr>
        <w:t>strettamente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necessario</w:t>
      </w:r>
      <w:proofErr w:type="spellEnd"/>
      <w:r w:rsidRPr="00233AB5">
        <w:rPr>
          <w:rFonts w:cs="Arial"/>
          <w:sz w:val="22"/>
        </w:rPr>
        <w:t xml:space="preserve"> a </w:t>
      </w:r>
      <w:proofErr w:type="spellStart"/>
      <w:r w:rsidRPr="00233AB5">
        <w:rPr>
          <w:rFonts w:cs="Arial"/>
          <w:sz w:val="22"/>
        </w:rPr>
        <w:t>raggiungere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gli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scopi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indicati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nella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lastRenderedPageBreak/>
        <w:t>presente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informativa</w:t>
      </w:r>
      <w:proofErr w:type="spellEnd"/>
      <w:r w:rsidRPr="00233AB5">
        <w:rPr>
          <w:rFonts w:cs="Arial"/>
          <w:sz w:val="22"/>
        </w:rPr>
        <w:t xml:space="preserve"> e </w:t>
      </w:r>
      <w:proofErr w:type="spellStart"/>
      <w:r w:rsidRPr="00233AB5">
        <w:rPr>
          <w:rFonts w:cs="Arial"/>
          <w:sz w:val="22"/>
        </w:rPr>
        <w:t>fino</w:t>
      </w:r>
      <w:proofErr w:type="spellEnd"/>
      <w:r w:rsidRPr="00233AB5">
        <w:rPr>
          <w:rFonts w:cs="Arial"/>
          <w:sz w:val="22"/>
        </w:rPr>
        <w:t xml:space="preserve"> al tempo </w:t>
      </w:r>
      <w:proofErr w:type="spellStart"/>
      <w:r w:rsidRPr="00233AB5">
        <w:rPr>
          <w:rFonts w:cs="Arial"/>
          <w:sz w:val="22"/>
        </w:rPr>
        <w:t>permesso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dalla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legge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Italiana</w:t>
      </w:r>
      <w:proofErr w:type="spellEnd"/>
      <w:r w:rsidRPr="00233AB5">
        <w:rPr>
          <w:rFonts w:cs="Arial"/>
          <w:sz w:val="22"/>
        </w:rPr>
        <w:t xml:space="preserve"> a tutela </w:t>
      </w:r>
      <w:proofErr w:type="spellStart"/>
      <w:r w:rsidRPr="00233AB5">
        <w:rPr>
          <w:rFonts w:cs="Arial"/>
          <w:sz w:val="22"/>
        </w:rPr>
        <w:t>dei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propri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interessi</w:t>
      </w:r>
      <w:proofErr w:type="spellEnd"/>
      <w:r w:rsidRPr="00233AB5">
        <w:rPr>
          <w:rFonts w:cs="Arial"/>
          <w:sz w:val="22"/>
        </w:rPr>
        <w:t xml:space="preserve"> (Art. 2947 c.c.). Maggiori </w:t>
      </w:r>
      <w:proofErr w:type="spellStart"/>
      <w:r w:rsidRPr="00233AB5">
        <w:rPr>
          <w:rFonts w:cs="Arial"/>
          <w:sz w:val="22"/>
        </w:rPr>
        <w:t>informazioni</w:t>
      </w:r>
      <w:proofErr w:type="spellEnd"/>
      <w:r w:rsidRPr="00233AB5">
        <w:rPr>
          <w:rFonts w:cs="Arial"/>
          <w:sz w:val="22"/>
        </w:rPr>
        <w:t xml:space="preserve"> in </w:t>
      </w:r>
      <w:proofErr w:type="spellStart"/>
      <w:r w:rsidRPr="00233AB5">
        <w:rPr>
          <w:rFonts w:cs="Arial"/>
          <w:sz w:val="22"/>
        </w:rPr>
        <w:t>merito</w:t>
      </w:r>
      <w:proofErr w:type="spellEnd"/>
      <w:r w:rsidRPr="00233AB5">
        <w:rPr>
          <w:rFonts w:cs="Arial"/>
          <w:sz w:val="22"/>
        </w:rPr>
        <w:t xml:space="preserve"> al </w:t>
      </w:r>
      <w:proofErr w:type="spellStart"/>
      <w:r w:rsidRPr="00233AB5">
        <w:rPr>
          <w:rFonts w:cs="Arial"/>
          <w:sz w:val="22"/>
        </w:rPr>
        <w:t>periodo</w:t>
      </w:r>
      <w:proofErr w:type="spellEnd"/>
      <w:r w:rsidRPr="00233AB5">
        <w:rPr>
          <w:rFonts w:cs="Arial"/>
          <w:sz w:val="22"/>
        </w:rPr>
        <w:t xml:space="preserve"> di </w:t>
      </w:r>
      <w:proofErr w:type="spellStart"/>
      <w:r w:rsidRPr="00233AB5">
        <w:rPr>
          <w:rFonts w:cs="Arial"/>
          <w:sz w:val="22"/>
        </w:rPr>
        <w:t>conservazione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dei</w:t>
      </w:r>
      <w:proofErr w:type="spellEnd"/>
      <w:r w:rsidRPr="00233AB5">
        <w:rPr>
          <w:rFonts w:cs="Arial"/>
          <w:sz w:val="22"/>
        </w:rPr>
        <w:t xml:space="preserve"> Dati </w:t>
      </w:r>
      <w:proofErr w:type="spellStart"/>
      <w:r w:rsidRPr="00233AB5">
        <w:rPr>
          <w:rFonts w:cs="Arial"/>
          <w:sz w:val="22"/>
        </w:rPr>
        <w:t>Personali</w:t>
      </w:r>
      <w:proofErr w:type="spellEnd"/>
      <w:r w:rsidRPr="00233AB5">
        <w:rPr>
          <w:rFonts w:cs="Arial"/>
          <w:sz w:val="22"/>
        </w:rPr>
        <w:t xml:space="preserve"> e ai </w:t>
      </w:r>
      <w:proofErr w:type="spellStart"/>
      <w:r w:rsidRPr="00233AB5">
        <w:rPr>
          <w:rFonts w:cs="Arial"/>
          <w:sz w:val="22"/>
        </w:rPr>
        <w:t>criteri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utilizzati</w:t>
      </w:r>
      <w:proofErr w:type="spellEnd"/>
      <w:r w:rsidRPr="00233AB5">
        <w:rPr>
          <w:rFonts w:cs="Arial"/>
          <w:sz w:val="22"/>
        </w:rPr>
        <w:t xml:space="preserve"> per </w:t>
      </w:r>
      <w:proofErr w:type="spellStart"/>
      <w:r w:rsidRPr="00233AB5">
        <w:rPr>
          <w:rFonts w:cs="Arial"/>
          <w:sz w:val="22"/>
        </w:rPr>
        <w:t>determinare</w:t>
      </w:r>
      <w:proofErr w:type="spellEnd"/>
      <w:r w:rsidRPr="00233AB5">
        <w:rPr>
          <w:rFonts w:cs="Arial"/>
          <w:sz w:val="22"/>
        </w:rPr>
        <w:t xml:space="preserve"> tale </w:t>
      </w:r>
      <w:proofErr w:type="spellStart"/>
      <w:r w:rsidRPr="00233AB5">
        <w:rPr>
          <w:rFonts w:cs="Arial"/>
          <w:sz w:val="22"/>
        </w:rPr>
        <w:t>periodo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possono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essere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Pr="00233AB5">
        <w:rPr>
          <w:rFonts w:cs="Arial"/>
          <w:sz w:val="22"/>
        </w:rPr>
        <w:t>richieste</w:t>
      </w:r>
      <w:proofErr w:type="spellEnd"/>
      <w:r w:rsidRPr="00233AB5">
        <w:rPr>
          <w:rFonts w:cs="Arial"/>
          <w:sz w:val="22"/>
        </w:rPr>
        <w:t xml:space="preserve"> </w:t>
      </w:r>
      <w:proofErr w:type="spellStart"/>
      <w:r w:rsidR="00AA4212" w:rsidRPr="00233AB5">
        <w:rPr>
          <w:rFonts w:cs="Arial"/>
          <w:sz w:val="22"/>
        </w:rPr>
        <w:t>inviando</w:t>
      </w:r>
      <w:proofErr w:type="spellEnd"/>
      <w:r w:rsidR="00AA4212" w:rsidRPr="00233AB5">
        <w:rPr>
          <w:rFonts w:cs="Arial"/>
          <w:sz w:val="22"/>
        </w:rPr>
        <w:t xml:space="preserve"> </w:t>
      </w:r>
      <w:proofErr w:type="spellStart"/>
      <w:r w:rsidR="00AA4212" w:rsidRPr="00233AB5">
        <w:rPr>
          <w:rFonts w:cs="Arial"/>
          <w:sz w:val="22"/>
        </w:rPr>
        <w:t>una</w:t>
      </w:r>
      <w:proofErr w:type="spellEnd"/>
      <w:r w:rsidR="00AA4212" w:rsidRPr="00233AB5">
        <w:rPr>
          <w:rFonts w:cs="Arial"/>
          <w:sz w:val="22"/>
        </w:rPr>
        <w:t xml:space="preserve"> </w:t>
      </w:r>
      <w:r w:rsidRPr="00233AB5">
        <w:rPr>
          <w:rFonts w:cs="Arial"/>
          <w:sz w:val="22"/>
        </w:rPr>
        <w:t>e-mai</w:t>
      </w:r>
      <w:r w:rsidR="00AA4212" w:rsidRPr="00233AB5">
        <w:rPr>
          <w:rFonts w:cs="Arial"/>
          <w:sz w:val="22"/>
        </w:rPr>
        <w:t xml:space="preserve">l </w:t>
      </w:r>
      <w:proofErr w:type="spellStart"/>
      <w:r w:rsidR="00AA4212" w:rsidRPr="00233AB5">
        <w:rPr>
          <w:rFonts w:cs="Arial"/>
          <w:sz w:val="22"/>
        </w:rPr>
        <w:t>all’indirizzo</w:t>
      </w:r>
      <w:proofErr w:type="spellEnd"/>
      <w:r w:rsidR="00AA4212" w:rsidRPr="00233AB5">
        <w:rPr>
          <w:rFonts w:cs="Arial"/>
          <w:sz w:val="22"/>
        </w:rPr>
        <w:t xml:space="preserve">: </w:t>
      </w:r>
      <w:r w:rsidRPr="00233AB5">
        <w:rPr>
          <w:rFonts w:cs="Arial"/>
          <w:sz w:val="22"/>
        </w:rPr>
        <w:t>dpo@aptasrl.it</w:t>
      </w:r>
    </w:p>
    <w:p w14:paraId="18545752" w14:textId="51680ECF" w:rsidR="00233AB5" w:rsidRPr="00233AB5" w:rsidRDefault="00AA4212" w:rsidP="00233AB5">
      <w:pPr>
        <w:pStyle w:val="Paragrafoelenco"/>
        <w:ind w:left="142"/>
        <w:jc w:val="both"/>
        <w:rPr>
          <w:rFonts w:cs="Arial"/>
          <w:sz w:val="22"/>
        </w:rPr>
      </w:pPr>
      <w:r w:rsidRPr="00233AB5">
        <w:rPr>
          <w:rFonts w:cs="Arial"/>
          <w:sz w:val="22"/>
        </w:rPr>
        <w:t xml:space="preserve">La </w:t>
      </w:r>
      <w:r w:rsidR="003F5AF0" w:rsidRPr="00233AB5">
        <w:rPr>
          <w:rFonts w:cs="Arial"/>
          <w:sz w:val="22"/>
        </w:rPr>
        <w:t xml:space="preserve">On the Road Società Cooperativa Sociale, al fine di </w:t>
      </w:r>
      <w:proofErr w:type="spellStart"/>
      <w:r w:rsidR="003F5AF0" w:rsidRPr="00233AB5">
        <w:rPr>
          <w:rFonts w:cs="Arial"/>
          <w:sz w:val="22"/>
        </w:rPr>
        <w:t>garantire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un’adeguata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sicurezza</w:t>
      </w:r>
      <w:proofErr w:type="spellEnd"/>
      <w:r w:rsidR="003F5AF0" w:rsidRPr="00233AB5">
        <w:rPr>
          <w:rFonts w:cs="Arial"/>
          <w:sz w:val="22"/>
        </w:rPr>
        <w:t xml:space="preserve"> e </w:t>
      </w:r>
      <w:proofErr w:type="spellStart"/>
      <w:r w:rsidR="003F5AF0" w:rsidRPr="00233AB5">
        <w:rPr>
          <w:rFonts w:cs="Arial"/>
          <w:sz w:val="22"/>
        </w:rPr>
        <w:t>protezione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dei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dati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personali</w:t>
      </w:r>
      <w:proofErr w:type="spellEnd"/>
      <w:r w:rsidR="003F5AF0" w:rsidRPr="00233AB5">
        <w:rPr>
          <w:rFonts w:cs="Arial"/>
          <w:sz w:val="22"/>
        </w:rPr>
        <w:t xml:space="preserve"> ha </w:t>
      </w:r>
      <w:proofErr w:type="spellStart"/>
      <w:r w:rsidR="003F5AF0" w:rsidRPr="00233AB5">
        <w:rPr>
          <w:rFonts w:cs="Arial"/>
          <w:sz w:val="22"/>
        </w:rPr>
        <w:t>provveduto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ad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adottare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efficaci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misure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tecniche</w:t>
      </w:r>
      <w:proofErr w:type="spellEnd"/>
      <w:r w:rsidR="003F5AF0" w:rsidRPr="00233AB5">
        <w:rPr>
          <w:rFonts w:cs="Arial"/>
          <w:sz w:val="22"/>
        </w:rPr>
        <w:t xml:space="preserve"> ed </w:t>
      </w:r>
      <w:proofErr w:type="spellStart"/>
      <w:r w:rsidR="003F5AF0" w:rsidRPr="00233AB5">
        <w:rPr>
          <w:rFonts w:cs="Arial"/>
          <w:sz w:val="22"/>
        </w:rPr>
        <w:t>organizzative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che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vengono</w:t>
      </w:r>
      <w:proofErr w:type="spellEnd"/>
      <w:r w:rsidR="003F5AF0" w:rsidRPr="00233AB5">
        <w:rPr>
          <w:rFonts w:cs="Arial"/>
          <w:sz w:val="22"/>
        </w:rPr>
        <w:t xml:space="preserve">, </w:t>
      </w:r>
      <w:proofErr w:type="spellStart"/>
      <w:r w:rsidR="003F5AF0" w:rsidRPr="00233AB5">
        <w:rPr>
          <w:rFonts w:cs="Arial"/>
          <w:sz w:val="22"/>
        </w:rPr>
        <w:t>all’occorrenza</w:t>
      </w:r>
      <w:proofErr w:type="spellEnd"/>
      <w:r w:rsidR="003F5AF0" w:rsidRPr="00233AB5">
        <w:rPr>
          <w:rFonts w:cs="Arial"/>
          <w:sz w:val="22"/>
        </w:rPr>
        <w:t xml:space="preserve">, </w:t>
      </w:r>
      <w:proofErr w:type="spellStart"/>
      <w:r w:rsidR="003F5AF0" w:rsidRPr="00233AB5">
        <w:rPr>
          <w:rFonts w:cs="Arial"/>
          <w:sz w:val="22"/>
        </w:rPr>
        <w:t>riesaminate</w:t>
      </w:r>
      <w:proofErr w:type="spellEnd"/>
      <w:r w:rsidR="003F5AF0" w:rsidRPr="00233AB5">
        <w:rPr>
          <w:rFonts w:cs="Arial"/>
          <w:sz w:val="22"/>
        </w:rPr>
        <w:t xml:space="preserve"> ed </w:t>
      </w:r>
      <w:proofErr w:type="spellStart"/>
      <w:r w:rsidR="003F5AF0" w:rsidRPr="00233AB5">
        <w:rPr>
          <w:rFonts w:cs="Arial"/>
          <w:sz w:val="22"/>
        </w:rPr>
        <w:t>aggiornate</w:t>
      </w:r>
      <w:proofErr w:type="spellEnd"/>
      <w:r w:rsidR="003F5AF0" w:rsidRPr="00233AB5">
        <w:rPr>
          <w:rFonts w:cs="Arial"/>
          <w:sz w:val="22"/>
        </w:rPr>
        <w:t xml:space="preserve">. Il </w:t>
      </w:r>
      <w:proofErr w:type="spellStart"/>
      <w:r w:rsidR="003F5AF0" w:rsidRPr="00233AB5">
        <w:rPr>
          <w:rFonts w:cs="Arial"/>
          <w:sz w:val="22"/>
        </w:rPr>
        <w:t>Candidato</w:t>
      </w:r>
      <w:proofErr w:type="spellEnd"/>
      <w:r w:rsidR="003F5AF0" w:rsidRPr="00233AB5">
        <w:rPr>
          <w:rFonts w:cs="Arial"/>
          <w:sz w:val="22"/>
        </w:rPr>
        <w:t xml:space="preserve"> ha il </w:t>
      </w:r>
      <w:proofErr w:type="spellStart"/>
      <w:r w:rsidR="003F5AF0" w:rsidRPr="00233AB5">
        <w:rPr>
          <w:rFonts w:cs="Arial"/>
          <w:sz w:val="22"/>
        </w:rPr>
        <w:t>diritto</w:t>
      </w:r>
      <w:proofErr w:type="spellEnd"/>
      <w:r w:rsidR="003F5AF0" w:rsidRPr="00233AB5">
        <w:rPr>
          <w:rFonts w:cs="Arial"/>
          <w:sz w:val="22"/>
        </w:rPr>
        <w:t xml:space="preserve"> di </w:t>
      </w:r>
      <w:proofErr w:type="spellStart"/>
      <w:r w:rsidR="003F5AF0" w:rsidRPr="00233AB5">
        <w:rPr>
          <w:rFonts w:cs="Arial"/>
          <w:sz w:val="22"/>
        </w:rPr>
        <w:t>chiedere</w:t>
      </w:r>
      <w:proofErr w:type="spellEnd"/>
      <w:r w:rsidR="003F5AF0" w:rsidRPr="00233AB5">
        <w:rPr>
          <w:rFonts w:cs="Arial"/>
          <w:sz w:val="22"/>
        </w:rPr>
        <w:t xml:space="preserve"> al </w:t>
      </w:r>
      <w:proofErr w:type="spellStart"/>
      <w:r w:rsidR="003F5AF0" w:rsidRPr="00233AB5">
        <w:rPr>
          <w:rFonts w:cs="Arial"/>
          <w:sz w:val="22"/>
        </w:rPr>
        <w:t>Titolare</w:t>
      </w:r>
      <w:proofErr w:type="spellEnd"/>
      <w:r w:rsidR="003F5AF0" w:rsidRPr="00233AB5">
        <w:rPr>
          <w:rFonts w:cs="Arial"/>
          <w:sz w:val="22"/>
        </w:rPr>
        <w:t xml:space="preserve">, in </w:t>
      </w:r>
      <w:proofErr w:type="spellStart"/>
      <w:r w:rsidR="003F5AF0" w:rsidRPr="00233AB5">
        <w:rPr>
          <w:rFonts w:cs="Arial"/>
          <w:sz w:val="22"/>
        </w:rPr>
        <w:t>qualunque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momento</w:t>
      </w:r>
      <w:proofErr w:type="spellEnd"/>
      <w:r w:rsidR="003F5AF0" w:rsidRPr="00233AB5">
        <w:rPr>
          <w:rFonts w:cs="Arial"/>
          <w:sz w:val="22"/>
        </w:rPr>
        <w:t xml:space="preserve">, </w:t>
      </w:r>
      <w:proofErr w:type="spellStart"/>
      <w:r w:rsidR="003F5AF0" w:rsidRPr="00233AB5">
        <w:rPr>
          <w:rFonts w:cs="Arial"/>
          <w:sz w:val="22"/>
        </w:rPr>
        <w:t>l’accesso</w:t>
      </w:r>
      <w:proofErr w:type="spellEnd"/>
      <w:r w:rsidR="003F5AF0" w:rsidRPr="00233AB5">
        <w:rPr>
          <w:rFonts w:cs="Arial"/>
          <w:sz w:val="22"/>
        </w:rPr>
        <w:t xml:space="preserve"> ai </w:t>
      </w:r>
      <w:proofErr w:type="spellStart"/>
      <w:r w:rsidR="003F5AF0" w:rsidRPr="00233AB5">
        <w:rPr>
          <w:rFonts w:cs="Arial"/>
          <w:sz w:val="22"/>
        </w:rPr>
        <w:t>propri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dati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Personali</w:t>
      </w:r>
      <w:proofErr w:type="spellEnd"/>
      <w:r w:rsidR="003F5AF0" w:rsidRPr="00233AB5">
        <w:rPr>
          <w:rFonts w:cs="Arial"/>
          <w:sz w:val="22"/>
        </w:rPr>
        <w:t xml:space="preserve">, la </w:t>
      </w:r>
      <w:proofErr w:type="spellStart"/>
      <w:r w:rsidR="003F5AF0" w:rsidRPr="00233AB5">
        <w:rPr>
          <w:rFonts w:cs="Arial"/>
          <w:sz w:val="22"/>
        </w:rPr>
        <w:t>rettifica</w:t>
      </w:r>
      <w:proofErr w:type="spellEnd"/>
      <w:r w:rsidR="003F5AF0" w:rsidRPr="00233AB5">
        <w:rPr>
          <w:rFonts w:cs="Arial"/>
          <w:sz w:val="22"/>
        </w:rPr>
        <w:t xml:space="preserve"> o la </w:t>
      </w:r>
      <w:proofErr w:type="spellStart"/>
      <w:r w:rsidR="003F5AF0" w:rsidRPr="00233AB5">
        <w:rPr>
          <w:rFonts w:cs="Arial"/>
          <w:sz w:val="22"/>
        </w:rPr>
        <w:t>cancellazione</w:t>
      </w:r>
      <w:proofErr w:type="spellEnd"/>
      <w:r w:rsidR="003F5AF0" w:rsidRPr="00233AB5">
        <w:rPr>
          <w:rFonts w:cs="Arial"/>
          <w:sz w:val="22"/>
        </w:rPr>
        <w:t xml:space="preserve"> degli </w:t>
      </w:r>
      <w:proofErr w:type="spellStart"/>
      <w:r w:rsidR="003F5AF0" w:rsidRPr="00233AB5">
        <w:rPr>
          <w:rFonts w:cs="Arial"/>
          <w:sz w:val="22"/>
        </w:rPr>
        <w:t>stessi</w:t>
      </w:r>
      <w:proofErr w:type="spellEnd"/>
      <w:r w:rsidR="003F5AF0" w:rsidRPr="00233AB5">
        <w:rPr>
          <w:rFonts w:cs="Arial"/>
          <w:sz w:val="22"/>
        </w:rPr>
        <w:t xml:space="preserve"> o di </w:t>
      </w:r>
      <w:proofErr w:type="spellStart"/>
      <w:r w:rsidR="003F5AF0" w:rsidRPr="00233AB5">
        <w:rPr>
          <w:rFonts w:cs="Arial"/>
          <w:sz w:val="22"/>
        </w:rPr>
        <w:t>opporsi</w:t>
      </w:r>
      <w:proofErr w:type="spellEnd"/>
      <w:r w:rsidR="003F5AF0" w:rsidRPr="00233AB5">
        <w:rPr>
          <w:rFonts w:cs="Arial"/>
          <w:sz w:val="22"/>
        </w:rPr>
        <w:t xml:space="preserve"> al loro </w:t>
      </w:r>
      <w:proofErr w:type="spellStart"/>
      <w:r w:rsidR="003F5AF0" w:rsidRPr="00233AB5">
        <w:rPr>
          <w:rFonts w:cs="Arial"/>
          <w:sz w:val="22"/>
        </w:rPr>
        <w:t>trattamento</w:t>
      </w:r>
      <w:proofErr w:type="spellEnd"/>
      <w:r w:rsidR="003F5AF0" w:rsidRPr="00233AB5">
        <w:rPr>
          <w:rFonts w:cs="Arial"/>
          <w:sz w:val="22"/>
        </w:rPr>
        <w:t xml:space="preserve">, la </w:t>
      </w:r>
      <w:proofErr w:type="spellStart"/>
      <w:r w:rsidR="003F5AF0" w:rsidRPr="00233AB5">
        <w:rPr>
          <w:rFonts w:cs="Arial"/>
          <w:sz w:val="22"/>
        </w:rPr>
        <w:t>limitazione</w:t>
      </w:r>
      <w:proofErr w:type="spellEnd"/>
      <w:r w:rsidR="003F5AF0" w:rsidRPr="00233AB5">
        <w:rPr>
          <w:rFonts w:cs="Arial"/>
          <w:sz w:val="22"/>
        </w:rPr>
        <w:t xml:space="preserve"> del </w:t>
      </w:r>
      <w:proofErr w:type="spellStart"/>
      <w:r w:rsidR="003F5AF0" w:rsidRPr="00233AB5">
        <w:rPr>
          <w:rFonts w:cs="Arial"/>
          <w:sz w:val="22"/>
        </w:rPr>
        <w:t>trattamento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nonché</w:t>
      </w:r>
      <w:proofErr w:type="spellEnd"/>
      <w:r w:rsidR="003F5AF0" w:rsidRPr="00233AB5">
        <w:rPr>
          <w:rFonts w:cs="Arial"/>
          <w:sz w:val="22"/>
        </w:rPr>
        <w:t xml:space="preserve"> di </w:t>
      </w:r>
      <w:proofErr w:type="spellStart"/>
      <w:r w:rsidR="003F5AF0" w:rsidRPr="00233AB5">
        <w:rPr>
          <w:rFonts w:cs="Arial"/>
          <w:sz w:val="22"/>
        </w:rPr>
        <w:t>ottenere</w:t>
      </w:r>
      <w:proofErr w:type="spellEnd"/>
      <w:r w:rsidR="003F5AF0" w:rsidRPr="00233AB5">
        <w:rPr>
          <w:rFonts w:cs="Arial"/>
          <w:sz w:val="22"/>
        </w:rPr>
        <w:t xml:space="preserve"> in un </w:t>
      </w:r>
      <w:proofErr w:type="spellStart"/>
      <w:r w:rsidR="003F5AF0" w:rsidRPr="00233AB5">
        <w:rPr>
          <w:rFonts w:cs="Arial"/>
          <w:sz w:val="22"/>
        </w:rPr>
        <w:t>formato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strutturato</w:t>
      </w:r>
      <w:proofErr w:type="spellEnd"/>
      <w:r w:rsidR="003F5AF0" w:rsidRPr="00233AB5">
        <w:rPr>
          <w:rFonts w:cs="Arial"/>
          <w:sz w:val="22"/>
        </w:rPr>
        <w:t xml:space="preserve">, di </w:t>
      </w:r>
      <w:proofErr w:type="spellStart"/>
      <w:r w:rsidR="003F5AF0" w:rsidRPr="00233AB5">
        <w:rPr>
          <w:rFonts w:cs="Arial"/>
          <w:sz w:val="22"/>
        </w:rPr>
        <w:t>uso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comune</w:t>
      </w:r>
      <w:proofErr w:type="spellEnd"/>
      <w:r w:rsidR="003F5AF0" w:rsidRPr="00233AB5">
        <w:rPr>
          <w:rFonts w:cs="Arial"/>
          <w:sz w:val="22"/>
        </w:rPr>
        <w:t xml:space="preserve"> e </w:t>
      </w:r>
      <w:proofErr w:type="spellStart"/>
      <w:r w:rsidR="003F5AF0" w:rsidRPr="00233AB5">
        <w:rPr>
          <w:rFonts w:cs="Arial"/>
          <w:sz w:val="22"/>
        </w:rPr>
        <w:t>leggibile</w:t>
      </w:r>
      <w:proofErr w:type="spellEnd"/>
      <w:r w:rsidR="003F5AF0" w:rsidRPr="00233AB5">
        <w:rPr>
          <w:rFonts w:cs="Arial"/>
          <w:sz w:val="22"/>
        </w:rPr>
        <w:t xml:space="preserve"> da </w:t>
      </w:r>
      <w:proofErr w:type="spellStart"/>
      <w:r w:rsidR="003F5AF0" w:rsidRPr="00233AB5">
        <w:rPr>
          <w:rFonts w:cs="Arial"/>
          <w:sz w:val="22"/>
        </w:rPr>
        <w:t>dispositivo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automatico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i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dati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che</w:t>
      </w:r>
      <w:proofErr w:type="spellEnd"/>
      <w:r w:rsidR="003F5AF0" w:rsidRPr="00233AB5">
        <w:rPr>
          <w:rFonts w:cs="Arial"/>
          <w:sz w:val="22"/>
        </w:rPr>
        <w:t xml:space="preserve"> lo </w:t>
      </w:r>
      <w:proofErr w:type="spellStart"/>
      <w:r w:rsidR="003F5AF0" w:rsidRPr="00233AB5">
        <w:rPr>
          <w:rFonts w:cs="Arial"/>
          <w:sz w:val="22"/>
        </w:rPr>
        <w:t>riguardano</w:t>
      </w:r>
      <w:proofErr w:type="spellEnd"/>
      <w:r w:rsidR="003F5AF0" w:rsidRPr="00233AB5">
        <w:rPr>
          <w:rFonts w:cs="Arial"/>
          <w:sz w:val="22"/>
        </w:rPr>
        <w:t xml:space="preserve">. Il </w:t>
      </w:r>
      <w:proofErr w:type="spellStart"/>
      <w:r w:rsidR="003F5AF0" w:rsidRPr="00233AB5">
        <w:rPr>
          <w:rFonts w:cs="Arial"/>
          <w:sz w:val="22"/>
        </w:rPr>
        <w:t>Candidato</w:t>
      </w:r>
      <w:proofErr w:type="spellEnd"/>
      <w:r w:rsidR="003F5AF0" w:rsidRPr="00233AB5">
        <w:rPr>
          <w:rFonts w:cs="Arial"/>
          <w:sz w:val="22"/>
        </w:rPr>
        <w:t xml:space="preserve"> ha in ogni </w:t>
      </w:r>
      <w:proofErr w:type="spellStart"/>
      <w:r w:rsidR="003F5AF0" w:rsidRPr="00233AB5">
        <w:rPr>
          <w:rFonts w:cs="Arial"/>
          <w:sz w:val="22"/>
        </w:rPr>
        <w:t>caso</w:t>
      </w:r>
      <w:proofErr w:type="spellEnd"/>
      <w:r w:rsidR="003F5AF0" w:rsidRPr="00233AB5">
        <w:rPr>
          <w:rFonts w:cs="Arial"/>
          <w:sz w:val="22"/>
        </w:rPr>
        <w:t xml:space="preserve"> il </w:t>
      </w:r>
      <w:proofErr w:type="spellStart"/>
      <w:r w:rsidR="003F5AF0" w:rsidRPr="00233AB5">
        <w:rPr>
          <w:rFonts w:cs="Arial"/>
          <w:sz w:val="22"/>
        </w:rPr>
        <w:t>diritto</w:t>
      </w:r>
      <w:proofErr w:type="spellEnd"/>
      <w:r w:rsidR="003F5AF0" w:rsidRPr="00233AB5">
        <w:rPr>
          <w:rFonts w:cs="Arial"/>
          <w:sz w:val="22"/>
        </w:rPr>
        <w:t xml:space="preserve"> di </w:t>
      </w:r>
      <w:proofErr w:type="spellStart"/>
      <w:r w:rsidR="003F5AF0" w:rsidRPr="00233AB5">
        <w:rPr>
          <w:rFonts w:cs="Arial"/>
          <w:sz w:val="22"/>
        </w:rPr>
        <w:t>proporre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reclamo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all’autorità</w:t>
      </w:r>
      <w:proofErr w:type="spellEnd"/>
      <w:r w:rsidR="003F5AF0" w:rsidRPr="00233AB5">
        <w:rPr>
          <w:rFonts w:cs="Arial"/>
          <w:sz w:val="22"/>
        </w:rPr>
        <w:t xml:space="preserve"> di </w:t>
      </w:r>
      <w:proofErr w:type="spellStart"/>
      <w:r w:rsidR="003F5AF0" w:rsidRPr="00233AB5">
        <w:rPr>
          <w:rFonts w:cs="Arial"/>
          <w:sz w:val="22"/>
        </w:rPr>
        <w:t>controllo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competente</w:t>
      </w:r>
      <w:proofErr w:type="spellEnd"/>
      <w:r w:rsidR="003F5AF0" w:rsidRPr="00233AB5">
        <w:rPr>
          <w:rFonts w:cs="Arial"/>
          <w:sz w:val="22"/>
        </w:rPr>
        <w:t xml:space="preserve"> (</w:t>
      </w:r>
      <w:proofErr w:type="spellStart"/>
      <w:r w:rsidR="003F5AF0" w:rsidRPr="00233AB5">
        <w:rPr>
          <w:rFonts w:cs="Arial"/>
          <w:sz w:val="22"/>
        </w:rPr>
        <w:t>Garante</w:t>
      </w:r>
      <w:proofErr w:type="spellEnd"/>
      <w:r w:rsidR="003F5AF0" w:rsidRPr="00233AB5">
        <w:rPr>
          <w:rFonts w:cs="Arial"/>
          <w:sz w:val="22"/>
        </w:rPr>
        <w:t xml:space="preserve"> per la </w:t>
      </w:r>
      <w:proofErr w:type="spellStart"/>
      <w:r w:rsidR="003F5AF0" w:rsidRPr="00233AB5">
        <w:rPr>
          <w:rFonts w:cs="Arial"/>
          <w:sz w:val="22"/>
        </w:rPr>
        <w:t>Protezione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dei</w:t>
      </w:r>
      <w:proofErr w:type="spellEnd"/>
      <w:r w:rsidR="003F5AF0" w:rsidRPr="00233AB5">
        <w:rPr>
          <w:rFonts w:cs="Arial"/>
          <w:sz w:val="22"/>
        </w:rPr>
        <w:t xml:space="preserve"> Dati </w:t>
      </w:r>
      <w:proofErr w:type="spellStart"/>
      <w:r w:rsidR="003F5AF0" w:rsidRPr="00233AB5">
        <w:rPr>
          <w:rFonts w:cs="Arial"/>
          <w:sz w:val="22"/>
        </w:rPr>
        <w:t>Personali</w:t>
      </w:r>
      <w:proofErr w:type="spellEnd"/>
      <w:r w:rsidR="003F5AF0" w:rsidRPr="00233AB5">
        <w:rPr>
          <w:rFonts w:cs="Arial"/>
          <w:sz w:val="22"/>
        </w:rPr>
        <w:t xml:space="preserve">) </w:t>
      </w:r>
      <w:proofErr w:type="spellStart"/>
      <w:r w:rsidR="003F5AF0" w:rsidRPr="00233AB5">
        <w:rPr>
          <w:rFonts w:cs="Arial"/>
          <w:sz w:val="22"/>
        </w:rPr>
        <w:t>qualora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ritenga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che</w:t>
      </w:r>
      <w:proofErr w:type="spellEnd"/>
      <w:r w:rsidR="003F5AF0" w:rsidRPr="00233AB5">
        <w:rPr>
          <w:rFonts w:cs="Arial"/>
          <w:sz w:val="22"/>
        </w:rPr>
        <w:t xml:space="preserve"> il </w:t>
      </w:r>
      <w:proofErr w:type="spellStart"/>
      <w:r w:rsidR="003F5AF0" w:rsidRPr="00233AB5">
        <w:rPr>
          <w:rFonts w:cs="Arial"/>
          <w:sz w:val="22"/>
        </w:rPr>
        <w:t>trattamento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dei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dati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Personali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acquisiti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sia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contrario</w:t>
      </w:r>
      <w:proofErr w:type="spellEnd"/>
      <w:r w:rsidR="003F5AF0" w:rsidRPr="00233AB5">
        <w:rPr>
          <w:rFonts w:cs="Arial"/>
          <w:sz w:val="22"/>
        </w:rPr>
        <w:t xml:space="preserve"> alla </w:t>
      </w:r>
      <w:proofErr w:type="spellStart"/>
      <w:r w:rsidR="003F5AF0" w:rsidRPr="00233AB5">
        <w:rPr>
          <w:rFonts w:cs="Arial"/>
          <w:sz w:val="22"/>
        </w:rPr>
        <w:t>normativa</w:t>
      </w:r>
      <w:proofErr w:type="spellEnd"/>
      <w:r w:rsidR="003F5AF0" w:rsidRPr="00233AB5">
        <w:rPr>
          <w:rFonts w:cs="Arial"/>
          <w:sz w:val="22"/>
        </w:rPr>
        <w:t xml:space="preserve"> </w:t>
      </w:r>
      <w:proofErr w:type="spellStart"/>
      <w:r w:rsidR="003F5AF0" w:rsidRPr="00233AB5">
        <w:rPr>
          <w:rFonts w:cs="Arial"/>
          <w:sz w:val="22"/>
        </w:rPr>
        <w:t>vigente</w:t>
      </w:r>
      <w:proofErr w:type="spellEnd"/>
      <w:r w:rsidR="003F5AF0" w:rsidRPr="00233AB5">
        <w:rPr>
          <w:rFonts w:cs="Arial"/>
          <w:sz w:val="22"/>
        </w:rPr>
        <w:t>.</w:t>
      </w:r>
      <w:r w:rsidR="00233AB5">
        <w:rPr>
          <w:rFonts w:cs="Arial"/>
          <w:sz w:val="22"/>
        </w:rPr>
        <w:t xml:space="preserve"> </w:t>
      </w:r>
      <w:r w:rsidR="00BE2374">
        <w:rPr>
          <w:rFonts w:cs="Arial"/>
          <w:sz w:val="22"/>
        </w:rPr>
        <w:t xml:space="preserve">Il </w:t>
      </w:r>
      <w:proofErr w:type="spellStart"/>
      <w:r w:rsidR="00BE2374">
        <w:rPr>
          <w:rFonts w:cs="Arial"/>
          <w:sz w:val="22"/>
        </w:rPr>
        <w:t>Candidat</w:t>
      </w:r>
      <w:r w:rsidR="00795400">
        <w:rPr>
          <w:rFonts w:cs="Arial"/>
          <w:sz w:val="22"/>
        </w:rPr>
        <w:t>o</w:t>
      </w:r>
      <w:proofErr w:type="spellEnd"/>
      <w:r w:rsidR="00BE2374">
        <w:rPr>
          <w:rFonts w:cs="Arial"/>
          <w:sz w:val="22"/>
        </w:rPr>
        <w:t xml:space="preserve"> </w:t>
      </w:r>
      <w:proofErr w:type="spellStart"/>
      <w:r w:rsidR="00BE2374">
        <w:rPr>
          <w:rFonts w:cs="Arial"/>
          <w:sz w:val="22"/>
        </w:rPr>
        <w:t>p</w:t>
      </w:r>
      <w:r w:rsidR="00233AB5">
        <w:rPr>
          <w:rFonts w:cs="Arial"/>
          <w:sz w:val="22"/>
        </w:rPr>
        <w:t>otrà</w:t>
      </w:r>
      <w:proofErr w:type="spellEnd"/>
      <w:r w:rsidR="00233AB5">
        <w:rPr>
          <w:rFonts w:cs="Arial"/>
          <w:sz w:val="22"/>
        </w:rPr>
        <w:t xml:space="preserve"> </w:t>
      </w:r>
      <w:proofErr w:type="spellStart"/>
      <w:r w:rsidR="00233AB5">
        <w:rPr>
          <w:rFonts w:cs="Arial"/>
          <w:sz w:val="22"/>
        </w:rPr>
        <w:t>esercicitare</w:t>
      </w:r>
      <w:proofErr w:type="spellEnd"/>
      <w:r w:rsidR="00233AB5">
        <w:rPr>
          <w:rFonts w:cs="Arial"/>
          <w:sz w:val="22"/>
        </w:rPr>
        <w:t xml:space="preserve"> I </w:t>
      </w:r>
      <w:proofErr w:type="spellStart"/>
      <w:r w:rsidR="00233AB5">
        <w:rPr>
          <w:rFonts w:cs="Arial"/>
          <w:sz w:val="22"/>
        </w:rPr>
        <w:t>propri</w:t>
      </w:r>
      <w:proofErr w:type="spellEnd"/>
      <w:r w:rsidR="00233AB5">
        <w:rPr>
          <w:rFonts w:cs="Arial"/>
          <w:sz w:val="22"/>
        </w:rPr>
        <w:t xml:space="preserve"> </w:t>
      </w:r>
      <w:proofErr w:type="spellStart"/>
      <w:r w:rsidR="00233AB5">
        <w:rPr>
          <w:rFonts w:cs="Arial"/>
          <w:sz w:val="22"/>
        </w:rPr>
        <w:t>diritti</w:t>
      </w:r>
      <w:proofErr w:type="spellEnd"/>
      <w:r w:rsidR="00233AB5">
        <w:rPr>
          <w:rFonts w:cs="Arial"/>
          <w:sz w:val="22"/>
        </w:rPr>
        <w:t xml:space="preserve"> di </w:t>
      </w:r>
      <w:proofErr w:type="spellStart"/>
      <w:r w:rsidR="00233AB5">
        <w:rPr>
          <w:rFonts w:cs="Arial"/>
          <w:sz w:val="22"/>
        </w:rPr>
        <w:t>Interessato</w:t>
      </w:r>
      <w:proofErr w:type="spellEnd"/>
      <w:r w:rsidR="00233AB5">
        <w:rPr>
          <w:rFonts w:cs="Arial"/>
          <w:sz w:val="22"/>
        </w:rPr>
        <w:t xml:space="preserve"> </w:t>
      </w:r>
      <w:proofErr w:type="spellStart"/>
      <w:r w:rsidR="00233AB5">
        <w:rPr>
          <w:rFonts w:cs="Arial"/>
          <w:sz w:val="22"/>
        </w:rPr>
        <w:t>i</w:t>
      </w:r>
      <w:r w:rsidR="00BE2374">
        <w:rPr>
          <w:rFonts w:cs="Arial"/>
          <w:sz w:val="22"/>
        </w:rPr>
        <w:t>n</w:t>
      </w:r>
      <w:r w:rsidR="00233AB5">
        <w:rPr>
          <w:rFonts w:cs="Arial"/>
          <w:sz w:val="22"/>
        </w:rPr>
        <w:t>viando</w:t>
      </w:r>
      <w:proofErr w:type="spellEnd"/>
      <w:r w:rsidR="00233AB5">
        <w:rPr>
          <w:rFonts w:cs="Arial"/>
          <w:sz w:val="22"/>
        </w:rPr>
        <w:t xml:space="preserve"> </w:t>
      </w:r>
      <w:proofErr w:type="spellStart"/>
      <w:r w:rsidR="00233AB5">
        <w:rPr>
          <w:rFonts w:cs="Arial"/>
          <w:sz w:val="22"/>
        </w:rPr>
        <w:t>una</w:t>
      </w:r>
      <w:proofErr w:type="spellEnd"/>
      <w:r w:rsidR="00233AB5">
        <w:rPr>
          <w:rFonts w:cs="Arial"/>
          <w:sz w:val="22"/>
        </w:rPr>
        <w:t xml:space="preserve"> e-mail </w:t>
      </w:r>
      <w:proofErr w:type="spellStart"/>
      <w:r w:rsidR="00233AB5">
        <w:rPr>
          <w:rFonts w:cs="Arial"/>
          <w:sz w:val="22"/>
        </w:rPr>
        <w:t>all’indirizzo</w:t>
      </w:r>
      <w:proofErr w:type="spellEnd"/>
      <w:r w:rsidR="0016117A">
        <w:rPr>
          <w:rFonts w:cs="Arial"/>
          <w:sz w:val="22"/>
        </w:rPr>
        <w:t xml:space="preserve">: </w:t>
      </w:r>
      <w:r w:rsidR="00233AB5" w:rsidRPr="00233AB5">
        <w:rPr>
          <w:rFonts w:cs="Arial"/>
          <w:sz w:val="22"/>
        </w:rPr>
        <w:t>dpo@aptasrl.it</w:t>
      </w:r>
    </w:p>
    <w:p w14:paraId="0961E254" w14:textId="76A694D1" w:rsidR="003F5AF0" w:rsidRPr="00233AB5" w:rsidRDefault="003F5AF0" w:rsidP="003F5AF0">
      <w:pPr>
        <w:pStyle w:val="Paragrafoelenco"/>
        <w:ind w:left="142"/>
        <w:jc w:val="both"/>
        <w:rPr>
          <w:rFonts w:cs="Arial"/>
          <w:sz w:val="22"/>
        </w:rPr>
      </w:pPr>
    </w:p>
    <w:p w14:paraId="6DDF0734" w14:textId="77777777" w:rsidR="003F5AF0" w:rsidRPr="00233AB5" w:rsidRDefault="003F5AF0" w:rsidP="00910D0A">
      <w:pPr>
        <w:jc w:val="both"/>
        <w:rPr>
          <w:rFonts w:cs="Arial"/>
          <w:sz w:val="22"/>
        </w:rPr>
      </w:pPr>
    </w:p>
    <w:p w14:paraId="67DEDD76" w14:textId="77777777" w:rsidR="00FB048F" w:rsidRDefault="00FB048F" w:rsidP="00910D0A">
      <w:pPr>
        <w:jc w:val="both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3"/>
        <w:gridCol w:w="4873"/>
      </w:tblGrid>
      <w:tr w:rsidR="00FB048F" w14:paraId="7F5B8070" w14:textId="77777777">
        <w:trPr>
          <w:jc w:val="center"/>
        </w:trPr>
        <w:tc>
          <w:tcPr>
            <w:tcW w:w="4873" w:type="dxa"/>
          </w:tcPr>
          <w:p w14:paraId="6BE2F5F9" w14:textId="77777777" w:rsidR="00FB048F" w:rsidRDefault="00000000" w:rsidP="00910D0A">
            <w:pPr>
              <w:jc w:val="both"/>
            </w:pPr>
            <w:proofErr w:type="spellStart"/>
            <w:r>
              <w:t>Luogo</w:t>
            </w:r>
            <w:proofErr w:type="spellEnd"/>
            <w:r>
              <w:t xml:space="preserve"> e data</w:t>
            </w:r>
          </w:p>
        </w:tc>
        <w:tc>
          <w:tcPr>
            <w:tcW w:w="4873" w:type="dxa"/>
          </w:tcPr>
          <w:p w14:paraId="7D0336D5" w14:textId="77777777" w:rsidR="00FB048F" w:rsidRDefault="00000000" w:rsidP="00910D0A">
            <w:pPr>
              <w:jc w:val="both"/>
            </w:pPr>
            <w:proofErr w:type="spellStart"/>
            <w:r>
              <w:t>Firma</w:t>
            </w:r>
            <w:proofErr w:type="spellEnd"/>
          </w:p>
        </w:tc>
      </w:tr>
      <w:tr w:rsidR="00FB048F" w14:paraId="142D649D" w14:textId="77777777">
        <w:trPr>
          <w:jc w:val="center"/>
        </w:trPr>
        <w:tc>
          <w:tcPr>
            <w:tcW w:w="4873" w:type="dxa"/>
          </w:tcPr>
          <w:p w14:paraId="745B3AA7" w14:textId="0715DC9E" w:rsidR="00FB048F" w:rsidRDefault="00000000" w:rsidP="00910D0A">
            <w:pPr>
              <w:jc w:val="both"/>
            </w:pPr>
            <w:r>
              <w:t>_______________________________________</w:t>
            </w:r>
          </w:p>
        </w:tc>
        <w:tc>
          <w:tcPr>
            <w:tcW w:w="4873" w:type="dxa"/>
          </w:tcPr>
          <w:p w14:paraId="6AE5FD25" w14:textId="6CBD4DB2" w:rsidR="00FB048F" w:rsidRDefault="00000000" w:rsidP="00910D0A">
            <w:pPr>
              <w:jc w:val="both"/>
            </w:pPr>
            <w:r>
              <w:t>_______________________________________</w:t>
            </w:r>
          </w:p>
        </w:tc>
      </w:tr>
    </w:tbl>
    <w:p w14:paraId="2C798B5E" w14:textId="77777777" w:rsidR="00FB048F" w:rsidRDefault="00FB048F" w:rsidP="00910D0A">
      <w:pPr>
        <w:jc w:val="both"/>
      </w:pPr>
    </w:p>
    <w:p w14:paraId="4DE44EB1" w14:textId="77777777" w:rsidR="00FB048F" w:rsidRDefault="00000000" w:rsidP="00910D0A">
      <w:pPr>
        <w:jc w:val="both"/>
      </w:pPr>
      <w:proofErr w:type="spellStart"/>
      <w:r>
        <w:rPr>
          <w:b/>
        </w:rPr>
        <w:t>Nota</w:t>
      </w:r>
      <w:proofErr w:type="spellEnd"/>
      <w:r>
        <w:rPr>
          <w:b/>
        </w:rPr>
        <w:t xml:space="preserve">: </w:t>
      </w:r>
      <w:r>
        <w:t xml:space="preserve">La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</w:t>
      </w:r>
      <w:proofErr w:type="spellStart"/>
      <w:r>
        <w:t>deve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presentata</w:t>
      </w:r>
      <w:proofErr w:type="spellEnd"/>
      <w:r>
        <w:t xml:space="preserve"> secondo le </w:t>
      </w:r>
      <w:proofErr w:type="spellStart"/>
      <w:r>
        <w:t>modalità</w:t>
      </w:r>
      <w:proofErr w:type="spellEnd"/>
      <w:r>
        <w:t xml:space="preserve"> e </w:t>
      </w:r>
      <w:proofErr w:type="spellStart"/>
      <w:r>
        <w:t>nei</w:t>
      </w:r>
      <w:proofErr w:type="spellEnd"/>
      <w:r>
        <w:t xml:space="preserve"> termini </w:t>
      </w:r>
      <w:proofErr w:type="spellStart"/>
      <w:r>
        <w:t>indicati</w:t>
      </w:r>
      <w:proofErr w:type="spellEnd"/>
      <w:r>
        <w:t xml:space="preserve"> </w:t>
      </w:r>
      <w:proofErr w:type="spellStart"/>
      <w:r>
        <w:t>nell’Avviso</w:t>
      </w:r>
      <w:proofErr w:type="spellEnd"/>
      <w:r>
        <w:t xml:space="preserve"> per la </w:t>
      </w:r>
      <w:proofErr w:type="spellStart"/>
      <w:r>
        <w:t>costituzione</w:t>
      </w:r>
      <w:proofErr w:type="spellEnd"/>
      <w:r>
        <w:t xml:space="preserve"> della Long List.</w:t>
      </w:r>
    </w:p>
    <w:sectPr w:rsidR="00FB048F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A1170A"/>
    <w:multiLevelType w:val="multilevel"/>
    <w:tmpl w:val="0D0E4A7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BE65DF"/>
    <w:multiLevelType w:val="multilevel"/>
    <w:tmpl w:val="B48CF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0E270E"/>
    <w:multiLevelType w:val="hybridMultilevel"/>
    <w:tmpl w:val="0BDE978A"/>
    <w:lvl w:ilvl="0" w:tplc="30F0F08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52DC321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9A52B81E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CA2A5794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4FE20B06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26143D42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5EB24B38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1A9C5BAE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AC6084F0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823CFF"/>
    <w:multiLevelType w:val="hybridMultilevel"/>
    <w:tmpl w:val="4F865F62"/>
    <w:lvl w:ilvl="0" w:tplc="2BE2C306">
      <w:numFmt w:val="bullet"/>
      <w:lvlText w:val="-"/>
      <w:lvlJc w:val="left"/>
      <w:pPr>
        <w:ind w:left="64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9" w:hanging="360"/>
      </w:pPr>
      <w:rPr>
        <w:rFonts w:ascii="Wingdings" w:hAnsi="Wingdings" w:hint="default"/>
      </w:rPr>
    </w:lvl>
  </w:abstractNum>
  <w:abstractNum w:abstractNumId="13" w15:restartNumberingAfterBreak="0">
    <w:nsid w:val="46DA5304"/>
    <w:multiLevelType w:val="multilevel"/>
    <w:tmpl w:val="18086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1451314">
    <w:abstractNumId w:val="8"/>
  </w:num>
  <w:num w:numId="2" w16cid:durableId="872615430">
    <w:abstractNumId w:val="6"/>
  </w:num>
  <w:num w:numId="3" w16cid:durableId="519247822">
    <w:abstractNumId w:val="5"/>
  </w:num>
  <w:num w:numId="4" w16cid:durableId="1380787068">
    <w:abstractNumId w:val="4"/>
  </w:num>
  <w:num w:numId="5" w16cid:durableId="1816868313">
    <w:abstractNumId w:val="7"/>
  </w:num>
  <w:num w:numId="6" w16cid:durableId="580989553">
    <w:abstractNumId w:val="3"/>
  </w:num>
  <w:num w:numId="7" w16cid:durableId="1909149793">
    <w:abstractNumId w:val="2"/>
  </w:num>
  <w:num w:numId="8" w16cid:durableId="272246605">
    <w:abstractNumId w:val="1"/>
  </w:num>
  <w:num w:numId="9" w16cid:durableId="2076395548">
    <w:abstractNumId w:val="0"/>
  </w:num>
  <w:num w:numId="10" w16cid:durableId="565845980">
    <w:abstractNumId w:val="9"/>
    <w:lvlOverride w:ilvl="1">
      <w:startOverride w:val="1"/>
    </w:lvlOverride>
  </w:num>
  <w:num w:numId="11" w16cid:durableId="60911903">
    <w:abstractNumId w:val="9"/>
    <w:lvlOverride w:ilvl="1">
      <w:startOverride w:val="2"/>
    </w:lvlOverride>
  </w:num>
  <w:num w:numId="12" w16cid:durableId="288559912">
    <w:abstractNumId w:val="9"/>
    <w:lvlOverride w:ilvl="1">
      <w:startOverride w:val="3"/>
    </w:lvlOverride>
  </w:num>
  <w:num w:numId="13" w16cid:durableId="1923643521">
    <w:abstractNumId w:val="9"/>
    <w:lvlOverride w:ilvl="1">
      <w:startOverride w:val="4"/>
    </w:lvlOverride>
  </w:num>
  <w:num w:numId="14" w16cid:durableId="1778989977">
    <w:abstractNumId w:val="9"/>
    <w:lvlOverride w:ilvl="1">
      <w:startOverride w:val="5"/>
    </w:lvlOverride>
  </w:num>
  <w:num w:numId="15" w16cid:durableId="1230385983">
    <w:abstractNumId w:val="9"/>
    <w:lvlOverride w:ilvl="1">
      <w:startOverride w:val="6"/>
    </w:lvlOverride>
  </w:num>
  <w:num w:numId="16" w16cid:durableId="1822774085">
    <w:abstractNumId w:val="9"/>
    <w:lvlOverride w:ilvl="1">
      <w:startOverride w:val="7"/>
    </w:lvlOverride>
  </w:num>
  <w:num w:numId="17" w16cid:durableId="480005942">
    <w:abstractNumId w:val="9"/>
    <w:lvlOverride w:ilvl="1">
      <w:startOverride w:val="8"/>
    </w:lvlOverride>
  </w:num>
  <w:num w:numId="18" w16cid:durableId="579415392">
    <w:abstractNumId w:val="9"/>
    <w:lvlOverride w:ilvl="1">
      <w:startOverride w:val="9"/>
    </w:lvlOverride>
  </w:num>
  <w:num w:numId="19" w16cid:durableId="320234012">
    <w:abstractNumId w:val="9"/>
    <w:lvlOverride w:ilvl="1">
      <w:startOverride w:val="10"/>
    </w:lvlOverride>
  </w:num>
  <w:num w:numId="20" w16cid:durableId="778380120">
    <w:abstractNumId w:val="9"/>
    <w:lvlOverride w:ilvl="1">
      <w:startOverride w:val="11"/>
    </w:lvlOverride>
  </w:num>
  <w:num w:numId="21" w16cid:durableId="1631979468">
    <w:abstractNumId w:val="11"/>
  </w:num>
  <w:num w:numId="22" w16cid:durableId="1665090353">
    <w:abstractNumId w:val="12"/>
  </w:num>
  <w:num w:numId="23" w16cid:durableId="1980381802">
    <w:abstractNumId w:val="10"/>
  </w:num>
  <w:num w:numId="24" w16cid:durableId="749472986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2B47"/>
    <w:rsid w:val="0015074B"/>
    <w:rsid w:val="0016117A"/>
    <w:rsid w:val="001849CA"/>
    <w:rsid w:val="001B52FE"/>
    <w:rsid w:val="00233AB5"/>
    <w:rsid w:val="0029639D"/>
    <w:rsid w:val="00302B36"/>
    <w:rsid w:val="00326F90"/>
    <w:rsid w:val="003A4FE6"/>
    <w:rsid w:val="003F5AF0"/>
    <w:rsid w:val="00533FFC"/>
    <w:rsid w:val="005A2DDD"/>
    <w:rsid w:val="00795400"/>
    <w:rsid w:val="00910D0A"/>
    <w:rsid w:val="00960CD8"/>
    <w:rsid w:val="00A467D8"/>
    <w:rsid w:val="00AA1D8D"/>
    <w:rsid w:val="00AA4212"/>
    <w:rsid w:val="00B126CD"/>
    <w:rsid w:val="00B47730"/>
    <w:rsid w:val="00BE2374"/>
    <w:rsid w:val="00CB0664"/>
    <w:rsid w:val="00DA109D"/>
    <w:rsid w:val="00FA11DB"/>
    <w:rsid w:val="00FB04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D0EC61"/>
  <w14:defaultImageDpi w14:val="300"/>
  <w15:docId w15:val="{700C4B3B-26AE-5B48-9936-42B465749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uiPriority w:val="99"/>
    <w:unhideWhenUsed/>
    <w:rsid w:val="003F5AF0"/>
    <w:rPr>
      <w:color w:val="0000FF"/>
      <w:u w:val="single"/>
    </w:rPr>
  </w:style>
  <w:style w:type="paragraph" w:customStyle="1" w:styleId="text-justify">
    <w:name w:val="text-justify"/>
    <w:basedOn w:val="Normale"/>
    <w:rsid w:val="003F5AF0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ParagrafoelencoCarattere">
    <w:name w:val="Paragrafo elenco Carattere"/>
    <w:link w:val="Paragrafoelenco"/>
    <w:uiPriority w:val="34"/>
    <w:rsid w:val="003F5AF0"/>
    <w:rPr>
      <w:rFonts w:ascii="Arial" w:hAnsi="Arial"/>
      <w:sz w:val="21"/>
    </w:rPr>
  </w:style>
  <w:style w:type="character" w:customStyle="1" w:styleId="apple-converted-space">
    <w:name w:val="apple-converted-space"/>
    <w:basedOn w:val="Carpredefinitoparagrafo"/>
    <w:rsid w:val="00960CD8"/>
  </w:style>
  <w:style w:type="paragraph" w:styleId="NormaleWeb">
    <w:name w:val="Normal (Web)"/>
    <w:basedOn w:val="Normale"/>
    <w:uiPriority w:val="99"/>
    <w:unhideWhenUsed/>
    <w:rsid w:val="00960CD8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pdq2pgselectionanchorcontainer">
    <w:name w:val="pdq2pg_selectionanchorcontainer"/>
    <w:basedOn w:val="Normale"/>
    <w:rsid w:val="00960CD8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923</Words>
  <Characters>5710</Characters>
  <Application>Microsoft Office Word</Application>
  <DocSecurity>0</DocSecurity>
  <Lines>114</Lines>
  <Paragraphs>65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6568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Stefania Torquati</cp:lastModifiedBy>
  <cp:revision>20</cp:revision>
  <dcterms:created xsi:type="dcterms:W3CDTF">2013-12-23T23:15:00Z</dcterms:created>
  <dcterms:modified xsi:type="dcterms:W3CDTF">2026-09-25T08:33:00Z</dcterms:modified>
  <cp:category/>
</cp:coreProperties>
</file>